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0F5D6C" w14:textId="2596B4BA" w:rsidR="00340B62" w:rsidRDefault="00000000" w:rsidP="001B2DAF">
      <w:pPr>
        <w:spacing w:after="0"/>
        <w:jc w:val="center"/>
        <w:rPr>
          <w:b/>
          <w:sz w:val="32"/>
          <w:szCs w:val="32"/>
        </w:rPr>
      </w:pPr>
      <w:r w:rsidRPr="001B2DAF">
        <w:rPr>
          <w:b/>
          <w:sz w:val="32"/>
          <w:szCs w:val="32"/>
        </w:rPr>
        <w:t>Wolf Camp &amp; School of Natural Science</w:t>
      </w:r>
    </w:p>
    <w:p w14:paraId="3D5AA03D" w14:textId="0D5DB4BF" w:rsidR="0084044E" w:rsidRPr="0084044E" w:rsidRDefault="0084044E" w:rsidP="0084044E">
      <w:pPr>
        <w:spacing w:after="40"/>
        <w:jc w:val="center"/>
        <w:rPr>
          <w:bCs/>
          <w:szCs w:val="18"/>
        </w:rPr>
      </w:pPr>
      <w:r w:rsidRPr="0084044E">
        <w:rPr>
          <w:b/>
          <w:szCs w:val="18"/>
        </w:rPr>
        <w:t>Fillable Microsoft Word Registration Form</w:t>
      </w:r>
      <w:r w:rsidRPr="0084044E">
        <w:rPr>
          <w:bCs/>
          <w:szCs w:val="18"/>
        </w:rPr>
        <w:t xml:space="preserve"> (or use our fillable PDF or Google Doc)</w:t>
      </w:r>
    </w:p>
    <w:p w14:paraId="36E4467B" w14:textId="39AAFD46" w:rsidR="00340B62" w:rsidRDefault="0090574F" w:rsidP="0090574F">
      <w:pPr>
        <w:spacing w:before="20" w:after="40"/>
        <w:jc w:val="center"/>
      </w:pPr>
      <w:r>
        <w:rPr>
          <w:sz w:val="16"/>
        </w:rPr>
        <w:t>Camps, workshops and apprenticeships for the neighborhood naturalist, herbalist, tracker, survival scout, traditional artisan, sustainable citizen and environmental educator.</w:t>
      </w:r>
      <w:r>
        <w:t xml:space="preserve"> </w:t>
      </w:r>
      <w:r>
        <w:rPr>
          <w:sz w:val="16"/>
        </w:rPr>
        <w:t>Issaquah Day Camps at Lake Sammamish State Park &amp; Hans Jensen Group Camp, 4460 East Lake Sammamish Pkwy SE.</w:t>
      </w:r>
      <w:r>
        <w:t xml:space="preserve"> </w:t>
      </w:r>
      <w:r>
        <w:rPr>
          <w:sz w:val="16"/>
        </w:rPr>
        <w:t xml:space="preserve">Puyallup Day Camps at Clark’s Creek Park &amp; Home Office of Blue Skye Farm: 1026 14th Street SW • </w:t>
      </w:r>
      <w:r w:rsidRPr="0090574F">
        <w:rPr>
          <w:b/>
          <w:bCs/>
          <w:sz w:val="16"/>
        </w:rPr>
        <w:t>425-248-0253 www.WolfCamp.com</w:t>
      </w:r>
    </w:p>
    <w:p w14:paraId="6E709ADF" w14:textId="6DCFADE1" w:rsidR="00340B62" w:rsidRPr="0084044E" w:rsidRDefault="00000000" w:rsidP="0090574F">
      <w:pPr>
        <w:spacing w:before="20" w:after="40"/>
        <w:jc w:val="center"/>
        <w:rPr>
          <w:b/>
          <w:bCs/>
          <w:szCs w:val="18"/>
        </w:rPr>
      </w:pPr>
      <w:r w:rsidRPr="0084044E">
        <w:rPr>
          <w:b/>
          <w:bCs/>
          <w:szCs w:val="18"/>
        </w:rPr>
        <w:t xml:space="preserve">Complete one </w:t>
      </w:r>
      <w:r w:rsidR="001B2DAF" w:rsidRPr="0084044E">
        <w:rPr>
          <w:b/>
          <w:bCs/>
          <w:szCs w:val="18"/>
        </w:rPr>
        <w:t>form per</w:t>
      </w:r>
      <w:r w:rsidRPr="0084044E">
        <w:rPr>
          <w:b/>
          <w:bCs/>
          <w:szCs w:val="18"/>
        </w:rPr>
        <w:t xml:space="preserve"> participant and send to blueskyefarmschool@gmail.com. </w:t>
      </w:r>
      <w:r w:rsidR="001B2DAF" w:rsidRPr="0084044E">
        <w:rPr>
          <w:b/>
          <w:bCs/>
          <w:szCs w:val="18"/>
        </w:rPr>
        <w:t>Not required if completed in past years.</w:t>
      </w:r>
    </w:p>
    <w:p w14:paraId="70F25412" w14:textId="77777777" w:rsidR="00340B62" w:rsidRDefault="00000000">
      <w:pPr>
        <w:pStyle w:val="Heading2"/>
        <w:spacing w:before="160" w:after="80"/>
      </w:pPr>
      <w:r>
        <w:rPr>
          <w:rFonts w:ascii="Arial" w:eastAsia="Arial" w:hAnsi="Arial"/>
          <w:sz w:val="22"/>
        </w:rPr>
        <w:t>1. Participant Information</w:t>
      </w:r>
    </w:p>
    <w:tbl>
      <w:tblPr>
        <w:tblW w:w="0" w:type="auto"/>
        <w:jc w:val="center"/>
        <w:tblLayout w:type="fixed"/>
        <w:tblLook w:val="04A0" w:firstRow="1" w:lastRow="0" w:firstColumn="1" w:lastColumn="0" w:noHBand="0" w:noVBand="1"/>
      </w:tblPr>
      <w:tblGrid>
        <w:gridCol w:w="3240"/>
        <w:gridCol w:w="7128"/>
      </w:tblGrid>
      <w:tr w:rsidR="00340B62" w14:paraId="27FC16B3"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1B902882" w14:textId="77777777" w:rsidR="00340B62" w:rsidRPr="0084044E" w:rsidRDefault="00000000">
            <w:pPr>
              <w:spacing w:after="0"/>
              <w:rPr>
                <w:szCs w:val="18"/>
              </w:rPr>
            </w:pPr>
            <w:r w:rsidRPr="0084044E">
              <w:rPr>
                <w:b/>
                <w:szCs w:val="18"/>
              </w:rPr>
              <w:t>Participant Legal First-Middle-Last Name</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046EC159" w14:textId="2798CDC2" w:rsidR="00340B62" w:rsidRDefault="00000000">
            <w:pPr>
              <w:spacing w:after="0"/>
            </w:pPr>
            <w:sdt>
              <w:sdtPr>
                <w:alias w:val="PARTICIPANT_LEGAL_NAME"/>
                <w:tag w:val="PARTICIPANT_LEGAL_NAME"/>
                <w:id w:val="1013415481"/>
                <w:showingPlcHdr/>
                <w:text/>
              </w:sdtPr>
              <w:sdtContent>
                <w:r w:rsidR="00883786">
                  <w:t xml:space="preserve">     </w:t>
                </w:r>
              </w:sdtContent>
            </w:sdt>
          </w:p>
        </w:tc>
      </w:tr>
      <w:tr w:rsidR="00340B62" w14:paraId="07F15A0D"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0CFFA0AE" w14:textId="77777777" w:rsidR="00340B62" w:rsidRPr="0084044E" w:rsidRDefault="00000000">
            <w:pPr>
              <w:spacing w:after="0"/>
              <w:rPr>
                <w:szCs w:val="18"/>
              </w:rPr>
            </w:pPr>
            <w:r w:rsidRPr="0084044E">
              <w:rPr>
                <w:b/>
                <w:szCs w:val="18"/>
              </w:rPr>
              <w:t>Nickname</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45C3E9E9" w14:textId="496DBCAD" w:rsidR="00340B62" w:rsidRDefault="00000000">
            <w:pPr>
              <w:spacing w:after="0"/>
            </w:pPr>
            <w:sdt>
              <w:sdtPr>
                <w:rPr>
                  <w:i/>
                  <w:iCs/>
                </w:rPr>
                <w:alias w:val="NICKNAME"/>
                <w:tag w:val="NICKNAME"/>
                <w:id w:val="-1372613476"/>
                <w:showingPlcHdr/>
                <w:text/>
              </w:sdtPr>
              <w:sdtContent>
                <w:r w:rsidR="0090574F">
                  <w:rPr>
                    <w:i/>
                    <w:iCs/>
                  </w:rPr>
                  <w:t xml:space="preserve">     </w:t>
                </w:r>
              </w:sdtContent>
            </w:sdt>
          </w:p>
        </w:tc>
      </w:tr>
      <w:tr w:rsidR="00340B62" w14:paraId="3218A141"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5118665C" w14:textId="77777777" w:rsidR="00340B62" w:rsidRPr="0084044E" w:rsidRDefault="00000000">
            <w:pPr>
              <w:spacing w:after="0"/>
              <w:rPr>
                <w:szCs w:val="18"/>
              </w:rPr>
            </w:pPr>
            <w:r w:rsidRPr="0084044E">
              <w:rPr>
                <w:b/>
                <w:szCs w:val="18"/>
              </w:rPr>
              <w:t>Birth Year / Month / Date</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301BB5C2" w14:textId="675CD7AB" w:rsidR="00340B62" w:rsidRDefault="00000000">
            <w:pPr>
              <w:spacing w:after="0"/>
            </w:pPr>
            <w:sdt>
              <w:sdtPr>
                <w:alias w:val="BIRTH_DATE"/>
                <w:tag w:val="BIRTH_DATE"/>
                <w:id w:val="-1891258446"/>
                <w:showingPlcHdr/>
                <w:text/>
              </w:sdtPr>
              <w:sdtContent>
                <w:r w:rsidR="00883786">
                  <w:t xml:space="preserve">     </w:t>
                </w:r>
              </w:sdtContent>
            </w:sdt>
          </w:p>
        </w:tc>
      </w:tr>
      <w:tr w:rsidR="00340B62" w14:paraId="2AD4758A"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75EF02EB" w14:textId="730E0A2F" w:rsidR="00340B62" w:rsidRPr="0084044E" w:rsidRDefault="00000000">
            <w:pPr>
              <w:spacing w:after="0"/>
              <w:rPr>
                <w:szCs w:val="18"/>
              </w:rPr>
            </w:pPr>
            <w:r w:rsidRPr="0084044E">
              <w:rPr>
                <w:b/>
                <w:szCs w:val="18"/>
              </w:rPr>
              <w:t xml:space="preserve">Age at time of first </w:t>
            </w:r>
            <w:r w:rsidR="00883786" w:rsidRPr="0084044E">
              <w:rPr>
                <w:b/>
                <w:szCs w:val="18"/>
              </w:rPr>
              <w:t>Wolf C</w:t>
            </w:r>
            <w:r w:rsidRPr="0084044E">
              <w:rPr>
                <w:b/>
                <w:szCs w:val="18"/>
              </w:rPr>
              <w:t>amp</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6D4FD613" w14:textId="5EE04C29" w:rsidR="00340B62" w:rsidRDefault="00000000">
            <w:pPr>
              <w:spacing w:after="0"/>
            </w:pPr>
            <w:sdt>
              <w:sdtPr>
                <w:alias w:val="AGE_AT_FIRST_CAMP"/>
                <w:tag w:val="AGE_AT_FIRST_CAMP"/>
                <w:id w:val="-1394816725"/>
                <w:showingPlcHdr/>
                <w:text/>
              </w:sdtPr>
              <w:sdtContent>
                <w:r w:rsidR="00883786">
                  <w:t xml:space="preserve">     </w:t>
                </w:r>
              </w:sdtContent>
            </w:sdt>
          </w:p>
        </w:tc>
      </w:tr>
      <w:tr w:rsidR="00340B62" w14:paraId="3A5C562E"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33ADF27F" w14:textId="57AAD748" w:rsidR="00340B62" w:rsidRPr="0084044E" w:rsidRDefault="00000000">
            <w:pPr>
              <w:spacing w:after="0"/>
              <w:rPr>
                <w:szCs w:val="18"/>
              </w:rPr>
            </w:pPr>
            <w:r w:rsidRPr="0084044E">
              <w:rPr>
                <w:b/>
                <w:szCs w:val="18"/>
              </w:rPr>
              <w:t>Female / Male / Other</w:t>
            </w:r>
            <w:r w:rsidR="00883786" w:rsidRPr="0084044E">
              <w:rPr>
                <w:b/>
                <w:szCs w:val="18"/>
              </w:rPr>
              <w:t xml:space="preserve"> Pronou</w:t>
            </w:r>
            <w:r w:rsidR="00607143" w:rsidRPr="0084044E">
              <w:rPr>
                <w:b/>
                <w:szCs w:val="18"/>
              </w:rPr>
              <w:t>n</w:t>
            </w:r>
            <w:r w:rsidR="00883786" w:rsidRPr="0084044E">
              <w:rPr>
                <w:b/>
                <w:szCs w:val="18"/>
              </w:rPr>
              <w:t>s</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333CB0EE" w14:textId="7A00353F" w:rsidR="00340B62" w:rsidRDefault="00000000">
            <w:pPr>
              <w:spacing w:after="0"/>
            </w:pPr>
            <w:sdt>
              <w:sdtPr>
                <w:alias w:val="GENDER"/>
                <w:tag w:val="GENDER"/>
                <w:id w:val="-826665652"/>
                <w:showingPlcHdr/>
                <w:text/>
              </w:sdtPr>
              <w:sdtContent>
                <w:r w:rsidR="00883786">
                  <w:t xml:space="preserve">     </w:t>
                </w:r>
              </w:sdtContent>
            </w:sdt>
          </w:p>
        </w:tc>
      </w:tr>
      <w:tr w:rsidR="00340B62" w14:paraId="7E78B797"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0362F3A3" w14:textId="77777777" w:rsidR="00340B62" w:rsidRPr="0084044E" w:rsidRDefault="00000000">
            <w:pPr>
              <w:spacing w:after="0"/>
              <w:rPr>
                <w:szCs w:val="18"/>
              </w:rPr>
            </w:pPr>
            <w:r w:rsidRPr="0084044E">
              <w:rPr>
                <w:b/>
                <w:szCs w:val="18"/>
              </w:rPr>
              <w:t>Participant Cell Phone, if any</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06296E4A" w14:textId="0E370B02" w:rsidR="00340B62" w:rsidRDefault="00000000">
            <w:pPr>
              <w:spacing w:after="0"/>
            </w:pPr>
            <w:sdt>
              <w:sdtPr>
                <w:alias w:val="PARTICIPANT_CELL_PHONE"/>
                <w:tag w:val="PARTICIPANT_CELL_PHONE"/>
                <w:id w:val="1347761337"/>
                <w:showingPlcHdr/>
                <w:text/>
              </w:sdtPr>
              <w:sdtContent>
                <w:r w:rsidR="00883786">
                  <w:t xml:space="preserve">     </w:t>
                </w:r>
              </w:sdtContent>
            </w:sdt>
          </w:p>
        </w:tc>
      </w:tr>
      <w:tr w:rsidR="00340B62" w14:paraId="7EC7159E"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78280A39" w14:textId="77777777" w:rsidR="00340B62" w:rsidRPr="0084044E" w:rsidRDefault="00000000">
            <w:pPr>
              <w:spacing w:after="0"/>
              <w:rPr>
                <w:szCs w:val="18"/>
              </w:rPr>
            </w:pPr>
            <w:r w:rsidRPr="0084044E">
              <w:rPr>
                <w:b/>
                <w:szCs w:val="18"/>
              </w:rPr>
              <w:t>Participant Email Address, if any</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331D1BFA" w14:textId="2490AF08" w:rsidR="00340B62" w:rsidRDefault="00000000">
            <w:pPr>
              <w:spacing w:after="0"/>
            </w:pPr>
            <w:sdt>
              <w:sdtPr>
                <w:alias w:val="PARTICIPANT_EMAIL"/>
                <w:tag w:val="PARTICIPANT_EMAIL"/>
                <w:id w:val="-39525760"/>
                <w:showingPlcHdr/>
                <w:text/>
              </w:sdtPr>
              <w:sdtContent>
                <w:r w:rsidR="00883786">
                  <w:t xml:space="preserve">     </w:t>
                </w:r>
              </w:sdtContent>
            </w:sdt>
          </w:p>
        </w:tc>
      </w:tr>
      <w:tr w:rsidR="00340B62" w14:paraId="2B25E6BB"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36953966" w14:textId="77777777" w:rsidR="00340B62" w:rsidRPr="0084044E" w:rsidRDefault="00000000">
            <w:pPr>
              <w:spacing w:after="0"/>
              <w:rPr>
                <w:szCs w:val="18"/>
              </w:rPr>
            </w:pPr>
            <w:r w:rsidRPr="0084044E">
              <w:rPr>
                <w:b/>
                <w:szCs w:val="18"/>
              </w:rPr>
              <w:t>Primary Physical Address</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15C7C038" w14:textId="570B71B7" w:rsidR="00340B62" w:rsidRDefault="00000000">
            <w:pPr>
              <w:spacing w:after="0"/>
            </w:pPr>
            <w:sdt>
              <w:sdtPr>
                <w:alias w:val="PRIMARY_ADDRESS"/>
                <w:tag w:val="PRIMARY_ADDRESS"/>
                <w:id w:val="-1229458669"/>
                <w:showingPlcHdr/>
                <w:text/>
              </w:sdtPr>
              <w:sdtContent>
                <w:r w:rsidR="00883786">
                  <w:t xml:space="preserve">     </w:t>
                </w:r>
              </w:sdtContent>
            </w:sdt>
          </w:p>
        </w:tc>
      </w:tr>
      <w:tr w:rsidR="00340B62" w14:paraId="35618462"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4E5669A6" w14:textId="3443C623" w:rsidR="00340B62" w:rsidRPr="0084044E" w:rsidRDefault="009A24F0">
            <w:pPr>
              <w:spacing w:after="0"/>
              <w:rPr>
                <w:szCs w:val="18"/>
              </w:rPr>
            </w:pPr>
            <w:r w:rsidRPr="0084044E">
              <w:rPr>
                <w:b/>
                <w:szCs w:val="18"/>
              </w:rPr>
              <w:t>City &amp; Zip Code</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641FDCAB" w14:textId="2A9DC46F" w:rsidR="00340B62" w:rsidRDefault="00000000">
            <w:pPr>
              <w:spacing w:after="0"/>
            </w:pPr>
            <w:sdt>
              <w:sdtPr>
                <w:alias w:val="ZIP_CODE"/>
                <w:tag w:val="ZIP_CODE"/>
                <w:id w:val="-909690211"/>
                <w:showingPlcHdr/>
                <w:text/>
              </w:sdtPr>
              <w:sdtContent>
                <w:r w:rsidR="00883786">
                  <w:t xml:space="preserve">     </w:t>
                </w:r>
              </w:sdtContent>
            </w:sdt>
          </w:p>
        </w:tc>
      </w:tr>
    </w:tbl>
    <w:p w14:paraId="79206B88" w14:textId="77777777" w:rsidR="00340B62" w:rsidRDefault="00000000">
      <w:pPr>
        <w:pStyle w:val="Heading2"/>
        <w:spacing w:before="160" w:after="80"/>
      </w:pPr>
      <w:r>
        <w:rPr>
          <w:rFonts w:ascii="Arial" w:eastAsia="Arial" w:hAnsi="Arial"/>
          <w:sz w:val="22"/>
        </w:rPr>
        <w:t>2. Parent / Guardian and Emergency Contacts</w:t>
      </w:r>
    </w:p>
    <w:tbl>
      <w:tblPr>
        <w:tblW w:w="0" w:type="auto"/>
        <w:jc w:val="center"/>
        <w:tblLayout w:type="fixed"/>
        <w:tblLook w:val="04A0" w:firstRow="1" w:lastRow="0" w:firstColumn="1" w:lastColumn="0" w:noHBand="0" w:noVBand="1"/>
        <w:tblCaption w:val="OTHER_PARENT_GUARDIAN_AT_SAME_ADDRESS"/>
      </w:tblPr>
      <w:tblGrid>
        <w:gridCol w:w="3240"/>
        <w:gridCol w:w="7128"/>
      </w:tblGrid>
      <w:tr w:rsidR="00340B62" w14:paraId="31B6F64B"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6BCA28A1" w14:textId="561DFEC4" w:rsidR="00340B62" w:rsidRPr="0084044E" w:rsidRDefault="00000000">
            <w:pPr>
              <w:spacing w:after="0"/>
              <w:rPr>
                <w:szCs w:val="18"/>
              </w:rPr>
            </w:pPr>
            <w:r w:rsidRPr="0084044E">
              <w:rPr>
                <w:b/>
                <w:szCs w:val="18"/>
              </w:rPr>
              <w:t>Primary Parent or Legal Guardian</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45859BCE" w14:textId="7E4C1DF7" w:rsidR="00340B62" w:rsidRDefault="00000000">
            <w:pPr>
              <w:spacing w:after="0"/>
            </w:pPr>
            <w:sdt>
              <w:sdtPr>
                <w:alias w:val="PRIMARY_GUARDIAN_NAME"/>
                <w:tag w:val="PRIMARY_GUARDIAN_NAME"/>
                <w:id w:val="-532873055"/>
                <w:showingPlcHdr/>
                <w:text/>
              </w:sdtPr>
              <w:sdtContent>
                <w:r w:rsidR="00883786">
                  <w:t xml:space="preserve">     </w:t>
                </w:r>
              </w:sdtContent>
            </w:sdt>
          </w:p>
        </w:tc>
      </w:tr>
      <w:tr w:rsidR="00340B62" w14:paraId="3F2DDAF0"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53136786" w14:textId="77777777" w:rsidR="00340B62" w:rsidRPr="0084044E" w:rsidRDefault="00000000">
            <w:pPr>
              <w:spacing w:after="0"/>
              <w:rPr>
                <w:szCs w:val="18"/>
              </w:rPr>
            </w:pPr>
            <w:r w:rsidRPr="0084044E">
              <w:rPr>
                <w:b/>
                <w:szCs w:val="18"/>
              </w:rPr>
              <w:t>Primary Guardian Email</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2A775613" w14:textId="4D8936AA" w:rsidR="00340B62" w:rsidRDefault="00000000">
            <w:pPr>
              <w:spacing w:after="0"/>
            </w:pPr>
            <w:sdt>
              <w:sdtPr>
                <w:alias w:val="PRIMARY_GUARDIAN_EMAIL"/>
                <w:tag w:val="PRIMARY_GUARDIAN_EMAIL"/>
                <w:id w:val="1711684513"/>
                <w:showingPlcHdr/>
                <w:text/>
              </w:sdtPr>
              <w:sdtContent>
                <w:r w:rsidR="00883786">
                  <w:t xml:space="preserve">     </w:t>
                </w:r>
              </w:sdtContent>
            </w:sdt>
          </w:p>
        </w:tc>
      </w:tr>
      <w:tr w:rsidR="009A24F0" w14:paraId="0B02344F"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5D350054" w14:textId="1BBE1CC0" w:rsidR="009A24F0" w:rsidRPr="0084044E" w:rsidRDefault="009A24F0">
            <w:pPr>
              <w:spacing w:after="0"/>
              <w:rPr>
                <w:szCs w:val="18"/>
              </w:rPr>
            </w:pPr>
            <w:r w:rsidRPr="0084044E">
              <w:rPr>
                <w:b/>
                <w:szCs w:val="18"/>
              </w:rPr>
              <w:t>Primary Guardian Cell Phone</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555A79DF" w14:textId="29E80760" w:rsidR="009A24F0" w:rsidRDefault="00000000">
            <w:pPr>
              <w:spacing w:after="0"/>
            </w:pPr>
            <w:sdt>
              <w:sdtPr>
                <w:alias w:val="PRIMARY_GUARDIAN_CELL"/>
                <w:tag w:val="PRIMARY_GUARDIAN_CELL"/>
                <w:id w:val="1376580957"/>
                <w:showingPlcHdr/>
                <w:text/>
              </w:sdtPr>
              <w:sdtContent>
                <w:r w:rsidR="009A24F0">
                  <w:t xml:space="preserve">     </w:t>
                </w:r>
              </w:sdtContent>
            </w:sdt>
          </w:p>
        </w:tc>
      </w:tr>
      <w:tr w:rsidR="009A24F0" w14:paraId="3D097DEE"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6E9D7B6F" w14:textId="6A48206E" w:rsidR="009A24F0" w:rsidRPr="0084044E" w:rsidRDefault="009A24F0">
            <w:pPr>
              <w:spacing w:after="0"/>
              <w:rPr>
                <w:szCs w:val="18"/>
              </w:rPr>
            </w:pPr>
            <w:r w:rsidRPr="0084044E">
              <w:rPr>
                <w:bCs/>
                <w:szCs w:val="18"/>
              </w:rPr>
              <w:t>Home / Work Phone, if you want us to have:</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2A954F21" w14:textId="09FD3244" w:rsidR="009A24F0" w:rsidRDefault="00000000">
            <w:pPr>
              <w:spacing w:after="0"/>
            </w:pPr>
            <w:sdt>
              <w:sdtPr>
                <w:alias w:val="PRIMARY_GUARDIAN_HOME_WORK_PHONE"/>
                <w:tag w:val="PRIMARY_GUARDIAN_HOME_WORK_PHONE"/>
                <w:id w:val="-954321294"/>
                <w:showingPlcHdr/>
                <w:text/>
              </w:sdtPr>
              <w:sdtContent>
                <w:r w:rsidR="009A24F0">
                  <w:t xml:space="preserve">     </w:t>
                </w:r>
              </w:sdtContent>
            </w:sdt>
          </w:p>
        </w:tc>
      </w:tr>
      <w:tr w:rsidR="009A24F0" w14:paraId="439A934F"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3030DE3E" w14:textId="6E377242" w:rsidR="009A24F0" w:rsidRPr="0084044E" w:rsidRDefault="009A24F0">
            <w:pPr>
              <w:spacing w:after="0"/>
              <w:rPr>
                <w:bCs/>
                <w:szCs w:val="18"/>
              </w:rPr>
            </w:pPr>
            <w:r w:rsidRPr="0084044E">
              <w:rPr>
                <w:b/>
                <w:szCs w:val="18"/>
              </w:rPr>
              <w:t>If another Parent or Legal Guardian at same address, please provide first and last name:</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5DCAAEA3" w14:textId="602732E7" w:rsidR="009A24F0" w:rsidRDefault="009A24F0">
            <w:pPr>
              <w:spacing w:after="0"/>
            </w:pPr>
          </w:p>
        </w:tc>
      </w:tr>
      <w:tr w:rsidR="009A24F0" w14:paraId="67F7A918"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1C120D5A" w14:textId="479F34A9" w:rsidR="009A24F0" w:rsidRPr="0084044E" w:rsidRDefault="009A24F0">
            <w:pPr>
              <w:spacing w:after="0"/>
              <w:rPr>
                <w:b/>
                <w:szCs w:val="18"/>
              </w:rPr>
            </w:pPr>
            <w:r w:rsidRPr="0084044E">
              <w:rPr>
                <w:b/>
                <w:szCs w:val="18"/>
              </w:rPr>
              <w:t>Other Parent/Guardian Cell Phone:</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7B96EC64" w14:textId="25A6D304" w:rsidR="009A24F0" w:rsidRDefault="00000000">
            <w:pPr>
              <w:spacing w:after="0"/>
            </w:pPr>
            <w:sdt>
              <w:sdtPr>
                <w:rPr>
                  <w:sz w:val="17"/>
                </w:rPr>
                <w:alias w:val="OTHER_GUARDIAN_CELL"/>
                <w:tag w:val="OTHER_GUARDIAN_CELL"/>
                <w:id w:val="-2090375053"/>
                <w:text/>
              </w:sdtPr>
              <w:sdtContent>
                <w:r w:rsidR="009A24F0">
                  <w:rPr>
                    <w:sz w:val="17"/>
                  </w:rPr>
                  <w:t xml:space="preserve"> </w:t>
                </w:r>
              </w:sdtContent>
            </w:sdt>
          </w:p>
        </w:tc>
      </w:tr>
      <w:tr w:rsidR="009A24F0" w14:paraId="2523F661"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231EE5CC" w14:textId="1414A954" w:rsidR="009A24F0" w:rsidRPr="0084044E" w:rsidRDefault="009A24F0">
            <w:pPr>
              <w:spacing w:after="0"/>
              <w:rPr>
                <w:b/>
                <w:szCs w:val="18"/>
              </w:rPr>
            </w:pPr>
            <w:r w:rsidRPr="0084044E">
              <w:rPr>
                <w:b/>
                <w:szCs w:val="18"/>
              </w:rPr>
              <w:t>Other Parent/Guardian Email, if wanting camp updates:</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7362820C" w14:textId="273B4364" w:rsidR="009A24F0" w:rsidRDefault="00000000">
            <w:pPr>
              <w:spacing w:after="0"/>
            </w:pPr>
            <w:sdt>
              <w:sdtPr>
                <w:rPr>
                  <w:sz w:val="17"/>
                </w:rPr>
                <w:alias w:val="OTHER_GUARDIAN_EMAIL"/>
                <w:tag w:val="OTHER_GUARDIAN_EMAIL"/>
                <w:id w:val="-1609195455"/>
                <w:text/>
              </w:sdtPr>
              <w:sdtContent>
                <w:r w:rsidR="009A24F0">
                  <w:rPr>
                    <w:sz w:val="17"/>
                  </w:rPr>
                  <w:t xml:space="preserve"> </w:t>
                </w:r>
              </w:sdtContent>
            </w:sdt>
          </w:p>
        </w:tc>
      </w:tr>
      <w:tr w:rsidR="009A24F0" w14:paraId="03949A83"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6FAFAFFE" w14:textId="2062E2C3" w:rsidR="009A24F0" w:rsidRPr="0084044E" w:rsidRDefault="009A24F0">
            <w:pPr>
              <w:spacing w:after="0"/>
              <w:rPr>
                <w:b/>
                <w:szCs w:val="18"/>
              </w:rPr>
            </w:pPr>
            <w:r w:rsidRPr="0084044E">
              <w:rPr>
                <w:bCs/>
                <w:szCs w:val="18"/>
              </w:rPr>
              <w:t>Participant 2nd Home Address, if any:</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41FF8B6D" w14:textId="09E3487F" w:rsidR="009A24F0" w:rsidRDefault="00000000">
            <w:pPr>
              <w:spacing w:after="0"/>
            </w:pPr>
            <w:sdt>
              <w:sdtPr>
                <w:alias w:val="SECOND_HOME_ADDRESS"/>
                <w:tag w:val="SECOND_HOME_ADDRESS"/>
                <w:id w:val="-2116822145"/>
                <w:text/>
              </w:sdtPr>
              <w:sdtContent>
                <w:r w:rsidR="009A24F0">
                  <w:t xml:space="preserve"> </w:t>
                </w:r>
              </w:sdtContent>
            </w:sdt>
          </w:p>
        </w:tc>
      </w:tr>
      <w:tr w:rsidR="009A24F0" w14:paraId="2960CDEE"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76F832C2" w14:textId="718D60C6" w:rsidR="009A24F0" w:rsidRPr="0084044E" w:rsidRDefault="009A24F0">
            <w:pPr>
              <w:spacing w:after="0"/>
              <w:rPr>
                <w:bCs/>
                <w:szCs w:val="18"/>
              </w:rPr>
            </w:pPr>
            <w:r w:rsidRPr="0084044E">
              <w:rPr>
                <w:bCs/>
                <w:szCs w:val="18"/>
              </w:rPr>
              <w:t>Primary Parent/Guardian at 2nd Address:</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2AC02BE6" w14:textId="4C77E398" w:rsidR="009A24F0" w:rsidRDefault="00000000">
            <w:pPr>
              <w:spacing w:after="0"/>
            </w:pPr>
            <w:sdt>
              <w:sdtPr>
                <w:alias w:val="SECOND_ADDRESS_PRIMARY_GUARDIAN"/>
                <w:tag w:val="SECOND_ADDRESS_PRIMARY_GUARDIAN"/>
                <w:id w:val="-270323092"/>
                <w:text/>
              </w:sdtPr>
              <w:sdtContent>
                <w:r w:rsidR="009A24F0">
                  <w:t xml:space="preserve"> </w:t>
                </w:r>
              </w:sdtContent>
            </w:sdt>
          </w:p>
        </w:tc>
      </w:tr>
      <w:tr w:rsidR="009A24F0" w14:paraId="52FFB84D"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01C8DFDB" w14:textId="292BF9CE" w:rsidR="009A24F0" w:rsidRPr="0084044E" w:rsidRDefault="009A24F0">
            <w:pPr>
              <w:spacing w:after="0"/>
              <w:rPr>
                <w:bCs/>
                <w:szCs w:val="18"/>
              </w:rPr>
            </w:pPr>
            <w:r w:rsidRPr="0084044E">
              <w:rPr>
                <w:bCs/>
                <w:szCs w:val="18"/>
              </w:rPr>
              <w:t>Schedule at 2nd Address:</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12409779" w14:textId="426E87F6" w:rsidR="009A24F0" w:rsidRDefault="00000000">
            <w:pPr>
              <w:spacing w:after="0"/>
            </w:pPr>
            <w:sdt>
              <w:sdtPr>
                <w:alias w:val="SECOND_ADDRESS_CARETAKERS"/>
                <w:tag w:val="SECOND_ADDRESS_CARETAKERS"/>
                <w:id w:val="262271095"/>
                <w:showingPlcHdr/>
                <w:text/>
              </w:sdtPr>
              <w:sdtContent>
                <w:r w:rsidR="009A24F0">
                  <w:t xml:space="preserve">     </w:t>
                </w:r>
              </w:sdtContent>
            </w:sdt>
          </w:p>
        </w:tc>
      </w:tr>
      <w:tr w:rsidR="009A24F0" w14:paraId="6F3D477D"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374E4D6C" w14:textId="581A846D" w:rsidR="009A24F0" w:rsidRPr="0084044E" w:rsidRDefault="009A24F0">
            <w:pPr>
              <w:spacing w:after="0"/>
              <w:rPr>
                <w:bCs/>
                <w:szCs w:val="18"/>
              </w:rPr>
            </w:pPr>
            <w:r w:rsidRPr="0084044E">
              <w:rPr>
                <w:bCs/>
                <w:szCs w:val="18"/>
              </w:rPr>
              <w:t>2nd Address Parent/Guardian Cell Phone:</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51FCEDD8" w14:textId="0E438380" w:rsidR="009A24F0" w:rsidRDefault="00000000">
            <w:pPr>
              <w:spacing w:after="0"/>
            </w:pPr>
            <w:sdt>
              <w:sdtPr>
                <w:alias w:val="SECOND_ADDRESS_CELL"/>
                <w:tag w:val="SECOND_ADDRESS_CELL"/>
                <w:id w:val="242382222"/>
                <w:text/>
              </w:sdtPr>
              <w:sdtContent>
                <w:r w:rsidR="009A24F0">
                  <w:t xml:space="preserve"> </w:t>
                </w:r>
              </w:sdtContent>
            </w:sdt>
          </w:p>
        </w:tc>
      </w:tr>
      <w:tr w:rsidR="009A24F0" w14:paraId="71F85F73"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1CEC8651" w14:textId="7AEB4936" w:rsidR="009A24F0" w:rsidRPr="0084044E" w:rsidRDefault="009A24F0">
            <w:pPr>
              <w:spacing w:after="0"/>
              <w:rPr>
                <w:bCs/>
                <w:szCs w:val="18"/>
              </w:rPr>
            </w:pPr>
            <w:r w:rsidRPr="0084044E">
              <w:rPr>
                <w:bCs/>
                <w:szCs w:val="18"/>
              </w:rPr>
              <w:t>2nd Address Parent/Guardian Email, if needing camp updates:</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38E9874D" w14:textId="19F50181" w:rsidR="009A24F0" w:rsidRDefault="00000000">
            <w:pPr>
              <w:spacing w:after="0"/>
            </w:pPr>
            <w:sdt>
              <w:sdtPr>
                <w:alias w:val="SECOND_ADDRESS_HOME_WORK_PHONE"/>
                <w:tag w:val="SECOND_ADDRESS_HOME_WORK_PHONE"/>
                <w:id w:val="2143453867"/>
                <w:text/>
              </w:sdtPr>
              <w:sdtContent>
                <w:r w:rsidR="009A24F0">
                  <w:t xml:space="preserve"> </w:t>
                </w:r>
              </w:sdtContent>
            </w:sdt>
          </w:p>
        </w:tc>
      </w:tr>
      <w:tr w:rsidR="009A24F0" w14:paraId="17F08BF8"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6072ADBF" w14:textId="38EDAD71" w:rsidR="009A24F0" w:rsidRPr="0084044E" w:rsidRDefault="009A24F0">
            <w:pPr>
              <w:spacing w:after="0"/>
              <w:rPr>
                <w:szCs w:val="18"/>
              </w:rPr>
            </w:pPr>
            <w:r w:rsidRPr="0084044E">
              <w:rPr>
                <w:bCs/>
                <w:szCs w:val="18"/>
              </w:rPr>
              <w:t>Other Authorized Parent/Guardian at 2nd Address:</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2A8052AD" w14:textId="556A5063" w:rsidR="009A24F0" w:rsidRDefault="00000000">
            <w:pPr>
              <w:spacing w:after="0"/>
            </w:pPr>
            <w:sdt>
              <w:sdtPr>
                <w:alias w:val="SECOND_ADDRESS_EMAILS"/>
                <w:tag w:val="SECOND_ADDRESS_EMAILS"/>
                <w:id w:val="1032379448"/>
                <w:text/>
              </w:sdtPr>
              <w:sdtContent>
                <w:r w:rsidR="009A24F0">
                  <w:t xml:space="preserve"> </w:t>
                </w:r>
              </w:sdtContent>
            </w:sdt>
          </w:p>
        </w:tc>
      </w:tr>
      <w:tr w:rsidR="009A24F0" w14:paraId="7031D243"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023669C3" w14:textId="4CCB374E" w:rsidR="009A24F0" w:rsidRPr="0084044E" w:rsidRDefault="009A24F0">
            <w:pPr>
              <w:spacing w:after="0"/>
              <w:rPr>
                <w:szCs w:val="18"/>
              </w:rPr>
            </w:pPr>
            <w:r w:rsidRPr="0084044E">
              <w:rPr>
                <w:bCs/>
                <w:szCs w:val="18"/>
              </w:rPr>
              <w:t>Other Authorized Parent/Guardian Cell and/or Email, if needing camp updates:</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7C8407F2" w14:textId="6816A50C" w:rsidR="009A24F0" w:rsidRDefault="00000000">
            <w:pPr>
              <w:spacing w:after="0"/>
            </w:pPr>
            <w:sdt>
              <w:sdtPr>
                <w:alias w:val="SCHEDULE_THERE"/>
                <w:tag w:val="SCHEDULE_THERE"/>
                <w:id w:val="-144047824"/>
                <w:text/>
              </w:sdtPr>
              <w:sdtContent>
                <w:r w:rsidR="009A24F0">
                  <w:t xml:space="preserve"> </w:t>
                </w:r>
              </w:sdtContent>
            </w:sdt>
          </w:p>
        </w:tc>
      </w:tr>
      <w:tr w:rsidR="009A24F0" w14:paraId="57A8BC01"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425C5524" w14:textId="2E7CF949" w:rsidR="009A24F0" w:rsidRPr="0084044E" w:rsidRDefault="009A24F0">
            <w:pPr>
              <w:spacing w:after="0"/>
              <w:rPr>
                <w:szCs w:val="18"/>
              </w:rPr>
            </w:pPr>
            <w:r w:rsidRPr="0084044E">
              <w:rPr>
                <w:b/>
                <w:szCs w:val="18"/>
              </w:rPr>
              <w:t>Other Emergency Contact Name:</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6B3B2935" w14:textId="2D2844EF" w:rsidR="009A24F0" w:rsidRDefault="00000000">
            <w:pPr>
              <w:spacing w:after="0"/>
            </w:pPr>
            <w:sdt>
              <w:sdtPr>
                <w:alias w:val="OTHER_EMERGENCY_CONTACT_NAME"/>
                <w:tag w:val="OTHER_EMERGENCY_CONTACT_NAME"/>
                <w:id w:val="154647610"/>
                <w:showingPlcHdr/>
                <w:text/>
              </w:sdtPr>
              <w:sdtContent>
                <w:r w:rsidR="009A24F0">
                  <w:t xml:space="preserve">     </w:t>
                </w:r>
              </w:sdtContent>
            </w:sdt>
          </w:p>
        </w:tc>
      </w:tr>
      <w:tr w:rsidR="009A24F0" w14:paraId="26393C50"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7F4165D3" w14:textId="1CB11629" w:rsidR="009A24F0" w:rsidRPr="0084044E" w:rsidRDefault="009A24F0">
            <w:pPr>
              <w:spacing w:after="0"/>
              <w:rPr>
                <w:szCs w:val="18"/>
              </w:rPr>
            </w:pPr>
            <w:r w:rsidRPr="0084044E">
              <w:rPr>
                <w:b/>
                <w:szCs w:val="18"/>
              </w:rPr>
              <w:t>Emergency Contact Location:</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0AEC4C56" w14:textId="13073709" w:rsidR="009A24F0" w:rsidRDefault="00000000">
            <w:pPr>
              <w:spacing w:after="0"/>
            </w:pPr>
            <w:sdt>
              <w:sdtPr>
                <w:alias w:val="EMERGENCY_CONTACT_LOCATION"/>
                <w:tag w:val="EMERGENCY_CONTACT_LOCATION"/>
                <w:id w:val="-599097469"/>
                <w:showingPlcHdr/>
                <w:text/>
              </w:sdtPr>
              <w:sdtContent>
                <w:r w:rsidR="009A24F0">
                  <w:t xml:space="preserve">     </w:t>
                </w:r>
              </w:sdtContent>
            </w:sdt>
          </w:p>
        </w:tc>
      </w:tr>
      <w:tr w:rsidR="009A24F0" w14:paraId="58BB1339"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7CCB7DF5" w14:textId="552DFB14" w:rsidR="009A24F0" w:rsidRPr="0084044E" w:rsidRDefault="009A24F0">
            <w:pPr>
              <w:spacing w:after="0"/>
              <w:rPr>
                <w:szCs w:val="18"/>
              </w:rPr>
            </w:pPr>
            <w:r w:rsidRPr="0084044E">
              <w:rPr>
                <w:b/>
                <w:szCs w:val="18"/>
              </w:rPr>
              <w:t>Emergency Contact Cell Phone:</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25AC2959" w14:textId="4CCD09F9" w:rsidR="009A24F0" w:rsidRDefault="00000000">
            <w:pPr>
              <w:spacing w:after="0"/>
            </w:pPr>
            <w:sdt>
              <w:sdtPr>
                <w:alias w:val="EMERGENCY_CONTACT_CELL"/>
                <w:tag w:val="EMERGENCY_CONTACT_CELL"/>
                <w:id w:val="-876853461"/>
                <w:text/>
              </w:sdtPr>
              <w:sdtContent>
                <w:r w:rsidR="009A24F0">
                  <w:t xml:space="preserve"> </w:t>
                </w:r>
              </w:sdtContent>
            </w:sdt>
          </w:p>
        </w:tc>
      </w:tr>
      <w:tr w:rsidR="0084044E" w14:paraId="67E2E02F"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1BDD4E05" w14:textId="103F6286" w:rsidR="0084044E" w:rsidRPr="0084044E" w:rsidRDefault="0084044E">
            <w:pPr>
              <w:spacing w:after="0"/>
              <w:rPr>
                <w:szCs w:val="18"/>
              </w:rPr>
            </w:pPr>
            <w:r>
              <w:rPr>
                <w:b/>
                <w:szCs w:val="18"/>
              </w:rPr>
              <w:t xml:space="preserve">Emergency Contact </w:t>
            </w:r>
            <w:r w:rsidRPr="0084044E">
              <w:rPr>
                <w:b/>
                <w:szCs w:val="18"/>
              </w:rPr>
              <w:t>Relationship to Participant:</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1406E744" w14:textId="01CED236" w:rsidR="0084044E" w:rsidRDefault="0084044E">
            <w:pPr>
              <w:spacing w:after="0"/>
            </w:pPr>
          </w:p>
        </w:tc>
      </w:tr>
    </w:tbl>
    <w:p w14:paraId="7737EAA0" w14:textId="77777777" w:rsidR="0084044E" w:rsidRDefault="0084044E" w:rsidP="0084044E"/>
    <w:p w14:paraId="3730F163" w14:textId="62CD7337" w:rsidR="0084044E" w:rsidRDefault="0084044E" w:rsidP="0084044E">
      <w:pPr>
        <w:pStyle w:val="Heading2"/>
        <w:spacing w:before="160" w:after="80"/>
      </w:pPr>
      <w:r>
        <w:rPr>
          <w:rFonts w:ascii="Arial" w:eastAsia="Arial" w:hAnsi="Arial"/>
          <w:sz w:val="22"/>
        </w:rPr>
        <w:t>3. Program</w:t>
      </w:r>
      <w:r>
        <w:rPr>
          <w:rFonts w:ascii="Arial" w:eastAsia="Arial" w:hAnsi="Arial"/>
          <w:sz w:val="22"/>
        </w:rPr>
        <w:t xml:space="preserve"> Selection</w:t>
      </w:r>
      <w:r>
        <w:rPr>
          <w:rFonts w:ascii="Arial" w:eastAsia="Arial" w:hAnsi="Arial"/>
          <w:sz w:val="22"/>
        </w:rPr>
        <w:t>, Parent Location</w:t>
      </w:r>
      <w:r>
        <w:rPr>
          <w:rFonts w:ascii="Arial" w:eastAsia="Arial" w:hAnsi="Arial"/>
          <w:sz w:val="22"/>
        </w:rPr>
        <w:t xml:space="preserve"> &amp; </w:t>
      </w:r>
      <w:r>
        <w:rPr>
          <w:rFonts w:ascii="Arial" w:eastAsia="Arial" w:hAnsi="Arial"/>
          <w:sz w:val="22"/>
        </w:rPr>
        <w:t>Pickup Authorization</w:t>
      </w:r>
    </w:p>
    <w:p w14:paraId="079B06CE" w14:textId="64623F9F" w:rsidR="00340B62" w:rsidRPr="001B2DAF" w:rsidRDefault="00DB645B">
      <w:pPr>
        <w:keepNext/>
        <w:spacing w:before="60" w:after="20"/>
        <w:rPr>
          <w:bCs/>
        </w:rPr>
      </w:pPr>
      <w:r w:rsidRPr="0084044E">
        <w:rPr>
          <w:b/>
          <w:szCs w:val="18"/>
        </w:rPr>
        <w:t>Camps/Programs &amp; Dates Requested</w:t>
      </w:r>
      <w:r w:rsidR="00526D55">
        <w:rPr>
          <w:b/>
          <w:sz w:val="17"/>
        </w:rPr>
        <w:t xml:space="preserve"> </w:t>
      </w:r>
      <w:r w:rsidR="001B2DAF" w:rsidRPr="0084044E">
        <w:rPr>
          <w:bCs/>
          <w:sz w:val="16"/>
          <w:szCs w:val="16"/>
        </w:rPr>
        <w:t>(</w:t>
      </w:r>
      <w:r w:rsidR="00526D55" w:rsidRPr="0084044E">
        <w:rPr>
          <w:bCs/>
          <w:sz w:val="16"/>
          <w:szCs w:val="16"/>
        </w:rPr>
        <w:t xml:space="preserve">in </w:t>
      </w:r>
      <w:r w:rsidR="001B2DAF" w:rsidRPr="0084044E">
        <w:rPr>
          <w:bCs/>
          <w:sz w:val="16"/>
          <w:szCs w:val="16"/>
        </w:rPr>
        <w:t xml:space="preserve">your </w:t>
      </w:r>
      <w:proofErr w:type="gramStart"/>
      <w:r w:rsidR="00526D55" w:rsidRPr="0084044E">
        <w:rPr>
          <w:bCs/>
          <w:sz w:val="16"/>
          <w:szCs w:val="16"/>
        </w:rPr>
        <w:t>first year</w:t>
      </w:r>
      <w:proofErr w:type="gramEnd"/>
      <w:r w:rsidR="00526D55" w:rsidRPr="0084044E">
        <w:rPr>
          <w:bCs/>
          <w:sz w:val="16"/>
          <w:szCs w:val="16"/>
        </w:rPr>
        <w:t xml:space="preserve"> attending</w:t>
      </w:r>
      <w:r w:rsidR="001B2DAF" w:rsidRPr="0084044E">
        <w:rPr>
          <w:bCs/>
          <w:sz w:val="16"/>
          <w:szCs w:val="16"/>
        </w:rPr>
        <w:t>)</w:t>
      </w:r>
    </w:p>
    <w:tbl>
      <w:tblPr>
        <w:tblW w:w="0" w:type="auto"/>
        <w:tblLayout w:type="fixed"/>
        <w:tblLook w:val="04A0" w:firstRow="1" w:lastRow="0" w:firstColumn="1" w:lastColumn="0" w:noHBand="0" w:noVBand="1"/>
      </w:tblPr>
      <w:tblGrid>
        <w:gridCol w:w="10368"/>
      </w:tblGrid>
      <w:tr w:rsidR="00340B62" w14:paraId="6B2ADB18"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6160B3B9" w14:textId="34E6CB4E" w:rsidR="00340B62" w:rsidRDefault="00000000" w:rsidP="003B314E">
            <w:pPr>
              <w:spacing w:after="0"/>
            </w:pPr>
            <w:sdt>
              <w:sdtPr>
                <w:rPr>
                  <w:rFonts w:eastAsia="Times New Roman" w:cs="Arial"/>
                  <w:b/>
                  <w:bCs/>
                  <w:color w:val="000000"/>
                  <w:sz w:val="24"/>
                  <w:szCs w:val="24"/>
                </w:rPr>
                <w:alias w:val="PROGRAMS_AND_DATES_REQUESTED"/>
                <w:tag w:val="PROGRAMS_AND_DATES_REQUESTED"/>
                <w:id w:val="756256636"/>
                <w:showingPlcHdr/>
                <w:text/>
              </w:sdtPr>
              <w:sdtContent>
                <w:r w:rsidR="009A24F0">
                  <w:rPr>
                    <w:rFonts w:eastAsia="Times New Roman" w:cs="Arial"/>
                    <w:b/>
                    <w:bCs/>
                    <w:color w:val="000000"/>
                    <w:sz w:val="24"/>
                    <w:szCs w:val="24"/>
                  </w:rPr>
                  <w:t xml:space="preserve">     </w:t>
                </w:r>
              </w:sdtContent>
            </w:sdt>
          </w:p>
          <w:p w14:paraId="55DBA476" w14:textId="77777777" w:rsidR="00340B62" w:rsidRDefault="00340B62">
            <w:pPr>
              <w:spacing w:after="0"/>
            </w:pPr>
          </w:p>
          <w:p w14:paraId="66411E0E" w14:textId="77777777" w:rsidR="00340B62" w:rsidRDefault="00340B62">
            <w:pPr>
              <w:spacing w:after="0"/>
            </w:pPr>
          </w:p>
        </w:tc>
      </w:tr>
    </w:tbl>
    <w:p w14:paraId="66242A04" w14:textId="5460C8CC" w:rsidR="00340B62" w:rsidRDefault="00000000">
      <w:pPr>
        <w:keepNext/>
        <w:spacing w:before="60" w:after="20"/>
      </w:pPr>
      <w:r w:rsidRPr="0084044E">
        <w:rPr>
          <w:b/>
          <w:szCs w:val="18"/>
        </w:rPr>
        <w:t>Who may pick up your child</w:t>
      </w:r>
      <w:r w:rsidR="00526D55" w:rsidRPr="0084044E">
        <w:rPr>
          <w:b/>
          <w:szCs w:val="18"/>
        </w:rPr>
        <w:t xml:space="preserve"> if minor:</w:t>
      </w:r>
      <w:r w:rsidRPr="0084044E">
        <w:rPr>
          <w:i/>
          <w:sz w:val="16"/>
          <w:szCs w:val="16"/>
        </w:rPr>
        <w:t xml:space="preserve"> </w:t>
      </w:r>
      <w:r w:rsidR="00526D55" w:rsidRPr="0084044E">
        <w:rPr>
          <w:i/>
          <w:sz w:val="16"/>
          <w:szCs w:val="16"/>
        </w:rPr>
        <w:t>(l</w:t>
      </w:r>
      <w:r w:rsidRPr="0084044E">
        <w:rPr>
          <w:i/>
          <w:sz w:val="16"/>
          <w:szCs w:val="16"/>
        </w:rPr>
        <w:t>ist all family</w:t>
      </w:r>
      <w:r w:rsidR="00526D55" w:rsidRPr="0084044E">
        <w:rPr>
          <w:i/>
          <w:sz w:val="16"/>
          <w:szCs w:val="16"/>
        </w:rPr>
        <w:t xml:space="preserve">, guardians, </w:t>
      </w:r>
      <w:r w:rsidRPr="0084044E">
        <w:rPr>
          <w:i/>
          <w:sz w:val="16"/>
          <w:szCs w:val="16"/>
        </w:rPr>
        <w:t>friends</w:t>
      </w:r>
      <w:r w:rsidR="00526D55" w:rsidRPr="0084044E">
        <w:rPr>
          <w:i/>
          <w:sz w:val="16"/>
          <w:szCs w:val="16"/>
        </w:rPr>
        <w:t xml:space="preserve"> and carpool parents</w:t>
      </w:r>
      <w:r w:rsidRPr="0084044E">
        <w:rPr>
          <w:i/>
          <w:sz w:val="16"/>
          <w:szCs w:val="16"/>
        </w:rPr>
        <w:t xml:space="preserve"> allowed to check </w:t>
      </w:r>
      <w:r w:rsidR="00526D55" w:rsidRPr="0084044E">
        <w:rPr>
          <w:i/>
          <w:sz w:val="16"/>
          <w:szCs w:val="16"/>
        </w:rPr>
        <w:t>participant</w:t>
      </w:r>
      <w:r w:rsidR="00A16894" w:rsidRPr="0084044E">
        <w:rPr>
          <w:i/>
          <w:sz w:val="16"/>
          <w:szCs w:val="16"/>
        </w:rPr>
        <w:t xml:space="preserve"> out</w:t>
      </w:r>
      <w:r w:rsidR="00526D55" w:rsidRPr="0084044E">
        <w:rPr>
          <w:i/>
          <w:sz w:val="16"/>
          <w:szCs w:val="16"/>
        </w:rPr>
        <w:t xml:space="preserve">, and if child under </w:t>
      </w:r>
      <w:r w:rsidR="00A16894" w:rsidRPr="0084044E">
        <w:rPr>
          <w:i/>
          <w:sz w:val="16"/>
          <w:szCs w:val="16"/>
        </w:rPr>
        <w:t xml:space="preserve">15 is allowed to check themselves out, then provide </w:t>
      </w:r>
      <w:r w:rsidR="00526D55" w:rsidRPr="0084044E">
        <w:rPr>
          <w:i/>
          <w:sz w:val="16"/>
          <w:szCs w:val="16"/>
        </w:rPr>
        <w:t>clear description of how</w:t>
      </w:r>
      <w:r w:rsidR="00A16894" w:rsidRPr="0084044E">
        <w:rPr>
          <w:i/>
          <w:sz w:val="16"/>
          <w:szCs w:val="16"/>
        </w:rPr>
        <w:t xml:space="preserve"> and </w:t>
      </w:r>
      <w:r w:rsidR="00526D55" w:rsidRPr="0084044E">
        <w:rPr>
          <w:i/>
          <w:sz w:val="16"/>
          <w:szCs w:val="16"/>
        </w:rPr>
        <w:t>when</w:t>
      </w:r>
      <w:r w:rsidR="00A16894" w:rsidRPr="0084044E">
        <w:rPr>
          <w:i/>
          <w:sz w:val="16"/>
          <w:szCs w:val="16"/>
        </w:rPr>
        <w:t xml:space="preserve"> along with additional signature)</w:t>
      </w:r>
    </w:p>
    <w:tbl>
      <w:tblPr>
        <w:tblW w:w="0" w:type="auto"/>
        <w:tblLayout w:type="fixed"/>
        <w:tblLook w:val="04A0" w:firstRow="1" w:lastRow="0" w:firstColumn="1" w:lastColumn="0" w:noHBand="0" w:noVBand="1"/>
      </w:tblPr>
      <w:tblGrid>
        <w:gridCol w:w="10368"/>
      </w:tblGrid>
      <w:tr w:rsidR="00340B62" w14:paraId="7A5E633C"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146CD6DD" w14:textId="756B0962" w:rsidR="00340B62" w:rsidRDefault="00000000">
            <w:pPr>
              <w:spacing w:after="0"/>
            </w:pPr>
            <w:sdt>
              <w:sdtPr>
                <w:alias w:val="WHO_MAY_PICK_UP_YOUR_CHILD"/>
                <w:tag w:val="WHO_MAY_PICK_UP_YOUR_CHILD"/>
                <w:id w:val="-732630795"/>
                <w:showingPlcHdr/>
                <w:text/>
              </w:sdtPr>
              <w:sdtContent>
                <w:r w:rsidR="009A24F0">
                  <w:t xml:space="preserve">     </w:t>
                </w:r>
              </w:sdtContent>
            </w:sdt>
          </w:p>
          <w:p w14:paraId="2E7B95FB" w14:textId="77777777" w:rsidR="00340B62" w:rsidRDefault="00340B62">
            <w:pPr>
              <w:spacing w:after="0"/>
            </w:pPr>
          </w:p>
          <w:p w14:paraId="563592C7" w14:textId="77777777" w:rsidR="00340B62" w:rsidRDefault="00340B62">
            <w:pPr>
              <w:spacing w:after="0"/>
            </w:pPr>
          </w:p>
          <w:p w14:paraId="604CB8E7" w14:textId="77777777" w:rsidR="00340B62" w:rsidRDefault="00340B62">
            <w:pPr>
              <w:spacing w:after="0"/>
            </w:pPr>
          </w:p>
        </w:tc>
      </w:tr>
    </w:tbl>
    <w:p w14:paraId="1211F587" w14:textId="1F8166DB" w:rsidR="00340B62" w:rsidRPr="0084044E" w:rsidRDefault="00000000">
      <w:pPr>
        <w:keepNext/>
        <w:spacing w:before="60" w:after="20"/>
        <w:rPr>
          <w:szCs w:val="18"/>
        </w:rPr>
      </w:pPr>
      <w:r w:rsidRPr="0084044E">
        <w:rPr>
          <w:b/>
          <w:szCs w:val="18"/>
        </w:rPr>
        <w:t>P</w:t>
      </w:r>
      <w:r w:rsidR="00A16894" w:rsidRPr="0084044E">
        <w:rPr>
          <w:b/>
          <w:szCs w:val="18"/>
        </w:rPr>
        <w:t>rimary P</w:t>
      </w:r>
      <w:r w:rsidRPr="0084044E">
        <w:rPr>
          <w:b/>
          <w:szCs w:val="18"/>
        </w:rPr>
        <w:t xml:space="preserve">arent/Guardian </w:t>
      </w:r>
      <w:r w:rsidR="00A16894" w:rsidRPr="0084044E">
        <w:rPr>
          <w:b/>
          <w:szCs w:val="18"/>
        </w:rPr>
        <w:t xml:space="preserve">usual </w:t>
      </w:r>
      <w:r w:rsidRPr="0084044E">
        <w:rPr>
          <w:b/>
          <w:szCs w:val="18"/>
        </w:rPr>
        <w:t>location</w:t>
      </w:r>
      <w:r w:rsidR="00A16894" w:rsidRPr="0084044E">
        <w:rPr>
          <w:b/>
          <w:szCs w:val="18"/>
        </w:rPr>
        <w:t>(s)</w:t>
      </w:r>
      <w:r w:rsidRPr="0084044E">
        <w:rPr>
          <w:b/>
          <w:szCs w:val="18"/>
        </w:rPr>
        <w:t xml:space="preserve"> during camp</w:t>
      </w:r>
      <w:r w:rsidR="00526D55" w:rsidRPr="0084044E">
        <w:rPr>
          <w:b/>
          <w:szCs w:val="18"/>
        </w:rPr>
        <w:t>:</w:t>
      </w:r>
    </w:p>
    <w:tbl>
      <w:tblPr>
        <w:tblW w:w="0" w:type="auto"/>
        <w:tblLayout w:type="fixed"/>
        <w:tblLook w:val="04A0" w:firstRow="1" w:lastRow="0" w:firstColumn="1" w:lastColumn="0" w:noHBand="0" w:noVBand="1"/>
      </w:tblPr>
      <w:tblGrid>
        <w:gridCol w:w="10368"/>
      </w:tblGrid>
      <w:tr w:rsidR="00340B62" w14:paraId="68F63747"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5604F1C4" w14:textId="73E86918" w:rsidR="00340B62" w:rsidRDefault="00000000">
            <w:pPr>
              <w:spacing w:after="0"/>
            </w:pPr>
            <w:sdt>
              <w:sdtPr>
                <w:alias w:val="PARENT_GUARDIAN_LOCATION_DURING_CAMP_IF_"/>
                <w:tag w:val="PARENT_GUARDIAN_LOCATION_DURING_CAMP_IF_"/>
                <w:id w:val="1176461557"/>
                <w:showingPlcHdr/>
                <w:text/>
              </w:sdtPr>
              <w:sdtContent>
                <w:r w:rsidR="009A24F0">
                  <w:t xml:space="preserve">     </w:t>
                </w:r>
              </w:sdtContent>
            </w:sdt>
          </w:p>
          <w:p w14:paraId="16BBCF1C" w14:textId="77777777" w:rsidR="00340B62" w:rsidRDefault="00340B62">
            <w:pPr>
              <w:spacing w:after="0"/>
            </w:pPr>
          </w:p>
          <w:p w14:paraId="3E053605" w14:textId="77777777" w:rsidR="00340B62" w:rsidRDefault="00340B62">
            <w:pPr>
              <w:spacing w:after="0"/>
            </w:pPr>
          </w:p>
        </w:tc>
      </w:tr>
    </w:tbl>
    <w:p w14:paraId="0C3250CA" w14:textId="3E019874" w:rsidR="007734D8" w:rsidRDefault="007734D8" w:rsidP="007734D8">
      <w:pPr>
        <w:pStyle w:val="Heading2"/>
        <w:spacing w:before="160" w:after="80"/>
      </w:pPr>
      <w:r>
        <w:rPr>
          <w:rFonts w:ascii="Arial" w:eastAsia="Arial" w:hAnsi="Arial"/>
          <w:sz w:val="22"/>
        </w:rPr>
        <w:t>4. Group Placement Requests &amp; Referrals</w:t>
      </w:r>
    </w:p>
    <w:p w14:paraId="41FBCCB0" w14:textId="77777777" w:rsidR="00336004" w:rsidRDefault="00336004" w:rsidP="00336004">
      <w:pPr>
        <w:keepNext/>
        <w:spacing w:before="60" w:after="20"/>
      </w:pPr>
      <w:r w:rsidRPr="0084044E">
        <w:rPr>
          <w:b/>
          <w:szCs w:val="18"/>
        </w:rPr>
        <w:t>Group placement instructions</w:t>
      </w:r>
      <w:r>
        <w:rPr>
          <w:i/>
          <w:sz w:val="15"/>
        </w:rPr>
        <w:t xml:space="preserve"> </w:t>
      </w:r>
      <w:r w:rsidRPr="0084044E">
        <w:rPr>
          <w:i/>
          <w:sz w:val="16"/>
          <w:szCs w:val="16"/>
        </w:rPr>
        <w:t>(friends/siblings/cousins attending at the same time, together/separate preference, older/younger group preference, and any relevant learning-style notes)</w:t>
      </w:r>
    </w:p>
    <w:tbl>
      <w:tblPr>
        <w:tblW w:w="0" w:type="auto"/>
        <w:tblLayout w:type="fixed"/>
        <w:tblLook w:val="04A0" w:firstRow="1" w:lastRow="0" w:firstColumn="1" w:lastColumn="0" w:noHBand="0" w:noVBand="1"/>
      </w:tblPr>
      <w:tblGrid>
        <w:gridCol w:w="10368"/>
      </w:tblGrid>
      <w:tr w:rsidR="00336004" w14:paraId="511913AC" w14:textId="77777777" w:rsidTr="002335E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73E85639" w14:textId="77777777" w:rsidR="00336004" w:rsidRDefault="00000000" w:rsidP="002335E7">
            <w:pPr>
              <w:spacing w:after="0"/>
            </w:pPr>
            <w:sdt>
              <w:sdtPr>
                <w:alias w:val="GROUP_PLACEMENT_INSTRUCTIONS"/>
                <w:tag w:val="GROUP_PLACEMENT_INSTRUCTIONS"/>
                <w:id w:val="-1336990702"/>
                <w:showingPlcHdr/>
                <w:text/>
              </w:sdtPr>
              <w:sdtContent>
                <w:r w:rsidR="00336004">
                  <w:t xml:space="preserve">     </w:t>
                </w:r>
              </w:sdtContent>
            </w:sdt>
          </w:p>
          <w:p w14:paraId="3340C431" w14:textId="77777777" w:rsidR="00336004" w:rsidRDefault="00336004" w:rsidP="002335E7">
            <w:pPr>
              <w:spacing w:after="0"/>
            </w:pPr>
          </w:p>
          <w:p w14:paraId="56B34C76" w14:textId="77777777" w:rsidR="00336004" w:rsidRDefault="00336004" w:rsidP="002335E7">
            <w:pPr>
              <w:spacing w:after="0"/>
            </w:pPr>
          </w:p>
          <w:p w14:paraId="378941B4" w14:textId="77777777" w:rsidR="00336004" w:rsidRDefault="00336004" w:rsidP="002335E7">
            <w:pPr>
              <w:spacing w:after="0"/>
            </w:pPr>
          </w:p>
          <w:p w14:paraId="27AA7361" w14:textId="77777777" w:rsidR="00336004" w:rsidRDefault="00336004" w:rsidP="002335E7">
            <w:pPr>
              <w:spacing w:after="0"/>
            </w:pPr>
          </w:p>
        </w:tc>
      </w:tr>
    </w:tbl>
    <w:p w14:paraId="01521E38" w14:textId="46C14F75" w:rsidR="007734D8" w:rsidRPr="0084044E" w:rsidRDefault="007734D8" w:rsidP="007734D8">
      <w:pPr>
        <w:keepNext/>
        <w:spacing w:before="60" w:after="20"/>
        <w:rPr>
          <w:szCs w:val="18"/>
        </w:rPr>
      </w:pPr>
      <w:r w:rsidRPr="0084044E">
        <w:rPr>
          <w:b/>
          <w:szCs w:val="18"/>
        </w:rPr>
        <w:t>Where you heard about Wolf Camp / referral source</w:t>
      </w:r>
    </w:p>
    <w:tbl>
      <w:tblPr>
        <w:tblW w:w="0" w:type="auto"/>
        <w:tblLayout w:type="fixed"/>
        <w:tblLook w:val="04A0" w:firstRow="1" w:lastRow="0" w:firstColumn="1" w:lastColumn="0" w:noHBand="0" w:noVBand="1"/>
      </w:tblPr>
      <w:tblGrid>
        <w:gridCol w:w="10368"/>
      </w:tblGrid>
      <w:tr w:rsidR="007734D8" w14:paraId="3CFC9D26" w14:textId="77777777" w:rsidTr="002335E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465DECBC" w14:textId="47BAB0F7" w:rsidR="007734D8" w:rsidRDefault="00000000" w:rsidP="002335E7">
            <w:pPr>
              <w:spacing w:after="0"/>
            </w:pPr>
            <w:sdt>
              <w:sdtPr>
                <w:alias w:val="WHERE_YOU_HEARD_ABOUT_WOLF_CAMP_REFERRAL"/>
                <w:tag w:val="WHERE_YOU_HEARD_ABOUT_WOLF_CAMP_REFERRAL"/>
                <w:id w:val="561844850"/>
                <w:showingPlcHdr/>
                <w:text/>
              </w:sdtPr>
              <w:sdtContent>
                <w:r w:rsidR="00336004">
                  <w:t xml:space="preserve">     </w:t>
                </w:r>
              </w:sdtContent>
            </w:sdt>
          </w:p>
          <w:p w14:paraId="1C4FD073" w14:textId="77777777" w:rsidR="007734D8" w:rsidRDefault="007734D8" w:rsidP="002335E7">
            <w:pPr>
              <w:spacing w:after="0"/>
            </w:pPr>
          </w:p>
        </w:tc>
      </w:tr>
    </w:tbl>
    <w:p w14:paraId="42259EAF" w14:textId="77777777" w:rsidR="007734D8" w:rsidRPr="0084044E" w:rsidRDefault="007734D8" w:rsidP="007734D8">
      <w:pPr>
        <w:keepNext/>
        <w:spacing w:before="60" w:after="20"/>
        <w:rPr>
          <w:szCs w:val="18"/>
        </w:rPr>
      </w:pPr>
      <w:r w:rsidRPr="0084044E">
        <w:rPr>
          <w:b/>
          <w:szCs w:val="18"/>
        </w:rPr>
        <w:t>Contact info for persons or parties newly interested in Wolf Camp</w:t>
      </w:r>
    </w:p>
    <w:tbl>
      <w:tblPr>
        <w:tblW w:w="0" w:type="auto"/>
        <w:tblLayout w:type="fixed"/>
        <w:tblLook w:val="04A0" w:firstRow="1" w:lastRow="0" w:firstColumn="1" w:lastColumn="0" w:noHBand="0" w:noVBand="1"/>
      </w:tblPr>
      <w:tblGrid>
        <w:gridCol w:w="10368"/>
      </w:tblGrid>
      <w:tr w:rsidR="007734D8" w14:paraId="1721C7DA" w14:textId="77777777" w:rsidTr="002335E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38457E49" w14:textId="4881076B" w:rsidR="007734D8" w:rsidRDefault="00000000" w:rsidP="002335E7">
            <w:pPr>
              <w:spacing w:after="0"/>
            </w:pPr>
            <w:sdt>
              <w:sdtPr>
                <w:alias w:val="CONTACT_INFO_FOR_PERSONS_OR_PARTIES_NEWL"/>
                <w:tag w:val="CONTACT_INFO_FOR_PERSONS_OR_PARTIES_NEWL"/>
                <w:id w:val="-261306237"/>
                <w:showingPlcHdr/>
                <w:text/>
              </w:sdtPr>
              <w:sdtContent>
                <w:r w:rsidR="00336004">
                  <w:t xml:space="preserve">     </w:t>
                </w:r>
              </w:sdtContent>
            </w:sdt>
          </w:p>
          <w:p w14:paraId="5D0A80C6" w14:textId="77777777" w:rsidR="007734D8" w:rsidRDefault="007734D8" w:rsidP="002335E7">
            <w:pPr>
              <w:spacing w:after="0"/>
            </w:pPr>
          </w:p>
          <w:p w14:paraId="76FB05FE" w14:textId="77777777" w:rsidR="007734D8" w:rsidRDefault="007734D8" w:rsidP="002335E7">
            <w:pPr>
              <w:spacing w:after="0"/>
            </w:pPr>
          </w:p>
        </w:tc>
      </w:tr>
    </w:tbl>
    <w:p w14:paraId="7F2ABFC2" w14:textId="370EEE5B" w:rsidR="007734D8" w:rsidRDefault="007734D8" w:rsidP="007734D8">
      <w:pPr>
        <w:pStyle w:val="Heading2"/>
        <w:spacing w:before="160" w:after="80"/>
      </w:pPr>
      <w:r>
        <w:rPr>
          <w:rFonts w:ascii="Arial" w:eastAsia="Arial" w:hAnsi="Arial"/>
          <w:sz w:val="22"/>
        </w:rPr>
        <w:t>5. Program Payments</w:t>
      </w:r>
    </w:p>
    <w:p w14:paraId="260B74DB" w14:textId="1A95619B" w:rsidR="007734D8" w:rsidRPr="0084044E" w:rsidRDefault="007734D8" w:rsidP="007734D8">
      <w:pPr>
        <w:spacing w:after="60" w:line="240" w:lineRule="auto"/>
        <w:rPr>
          <w:szCs w:val="18"/>
        </w:rPr>
      </w:pPr>
      <w:r w:rsidRPr="0084044E">
        <w:rPr>
          <w:b/>
          <w:bCs/>
          <w:szCs w:val="18"/>
        </w:rPr>
        <w:t>Deposits:</w:t>
      </w:r>
      <w:r w:rsidRPr="0084044E">
        <w:rPr>
          <w:szCs w:val="18"/>
        </w:rPr>
        <w:t xml:space="preserve"> To secure enrollment in programs, provide a deposit of any amount via the following methods: (if you haven’t already)</w:t>
      </w:r>
    </w:p>
    <w:p w14:paraId="7FC3D696" w14:textId="77777777" w:rsidR="007734D8" w:rsidRPr="0084044E" w:rsidRDefault="007734D8" w:rsidP="007734D8">
      <w:pPr>
        <w:spacing w:after="60" w:line="240" w:lineRule="auto"/>
        <w:rPr>
          <w:szCs w:val="18"/>
        </w:rPr>
      </w:pPr>
      <w:r w:rsidRPr="0084044E">
        <w:rPr>
          <w:szCs w:val="18"/>
        </w:rPr>
        <w:t xml:space="preserve">• </w:t>
      </w:r>
      <w:proofErr w:type="spellStart"/>
      <w:r w:rsidRPr="0084044E">
        <w:rPr>
          <w:szCs w:val="18"/>
        </w:rPr>
        <w:t>Zelle</w:t>
      </w:r>
      <w:proofErr w:type="spellEnd"/>
      <w:r w:rsidRPr="0084044E">
        <w:rPr>
          <w:szCs w:val="18"/>
        </w:rPr>
        <w:t xml:space="preserve"> to blueskyefarmschool@gmail.com (with the “e” on </w:t>
      </w:r>
      <w:proofErr w:type="spellStart"/>
      <w:r w:rsidRPr="0084044E">
        <w:rPr>
          <w:szCs w:val="18"/>
        </w:rPr>
        <w:t>skye</w:t>
      </w:r>
      <w:proofErr w:type="spellEnd"/>
      <w:r w:rsidRPr="0084044E">
        <w:rPr>
          <w:szCs w:val="18"/>
        </w:rPr>
        <w:t>) is free for both parties. Almost all banks and credit unions offer this simple electronic transfer.</w:t>
      </w:r>
    </w:p>
    <w:p w14:paraId="208EC74F" w14:textId="430F6235" w:rsidR="007734D8" w:rsidRPr="0084044E" w:rsidRDefault="007734D8" w:rsidP="007734D8">
      <w:pPr>
        <w:spacing w:after="60" w:line="240" w:lineRule="auto"/>
        <w:rPr>
          <w:szCs w:val="18"/>
        </w:rPr>
      </w:pPr>
      <w:r w:rsidRPr="0084044E">
        <w:rPr>
          <w:szCs w:val="18"/>
        </w:rPr>
        <w:t>• Venmo to @Chris-Chisholm-13</w:t>
      </w:r>
    </w:p>
    <w:p w14:paraId="2080DBB2" w14:textId="0768FDE8" w:rsidR="007734D8" w:rsidRPr="0084044E" w:rsidRDefault="007734D8" w:rsidP="007734D8">
      <w:pPr>
        <w:spacing w:after="60" w:line="240" w:lineRule="auto"/>
        <w:rPr>
          <w:szCs w:val="18"/>
        </w:rPr>
      </w:pPr>
      <w:r w:rsidRPr="0084044E">
        <w:rPr>
          <w:szCs w:val="18"/>
        </w:rPr>
        <w:t xml:space="preserve">• PayPal to blueskyefarmschool@gmail.com but please consider adding 3% using this method whether or not you use your credit card or PayPal account balance because PayPal charges us a fee either </w:t>
      </w:r>
      <w:proofErr w:type="gramStart"/>
      <w:r w:rsidRPr="0084044E">
        <w:rPr>
          <w:szCs w:val="18"/>
        </w:rPr>
        <w:t>way;</w:t>
      </w:r>
      <w:proofErr w:type="gramEnd"/>
    </w:p>
    <w:p w14:paraId="0A7905C6" w14:textId="6A440010" w:rsidR="007734D8" w:rsidRPr="0084044E" w:rsidRDefault="007734D8" w:rsidP="007734D8">
      <w:pPr>
        <w:spacing w:after="60" w:line="240" w:lineRule="auto"/>
        <w:rPr>
          <w:szCs w:val="18"/>
        </w:rPr>
      </w:pPr>
      <w:r w:rsidRPr="0084044E">
        <w:rPr>
          <w:szCs w:val="18"/>
        </w:rPr>
        <w:t>• Call with Card: 425-248-0253 and we will run the transaction securely.</w:t>
      </w:r>
    </w:p>
    <w:p w14:paraId="5FDF22B1" w14:textId="7C6EBAB1" w:rsidR="007734D8" w:rsidRPr="0084044E" w:rsidRDefault="007734D8" w:rsidP="007734D8">
      <w:pPr>
        <w:spacing w:after="60" w:line="240" w:lineRule="auto"/>
        <w:rPr>
          <w:szCs w:val="18"/>
        </w:rPr>
      </w:pPr>
      <w:r w:rsidRPr="0084044E">
        <w:rPr>
          <w:szCs w:val="18"/>
        </w:rPr>
        <w:t>• Send Check payable to Wolf Camp, 1026 14th St SW, Puyallup WA 98371, the home office at Blue Skye Farm which is not the address for summer camps.</w:t>
      </w:r>
    </w:p>
    <w:p w14:paraId="0E42CF20" w14:textId="3219ADAC" w:rsidR="007734D8" w:rsidRPr="0084044E" w:rsidRDefault="007734D8" w:rsidP="007734D8">
      <w:pPr>
        <w:spacing w:after="60" w:line="240" w:lineRule="auto"/>
        <w:rPr>
          <w:szCs w:val="18"/>
        </w:rPr>
      </w:pPr>
      <w:r w:rsidRPr="0084044E">
        <w:rPr>
          <w:b/>
          <w:bCs/>
          <w:szCs w:val="18"/>
        </w:rPr>
        <w:t>Balances:</w:t>
      </w:r>
      <w:r w:rsidRPr="0084044E">
        <w:rPr>
          <w:szCs w:val="18"/>
        </w:rPr>
        <w:t xml:space="preserve"> To pay remaining balance before arrival, use any method above. To pay upon arrival, bring a credit card, make electronic transfer using methods above, or write a check (but please note, it may be a couple weeks before we get a chance to deposit it)</w:t>
      </w:r>
    </w:p>
    <w:p w14:paraId="3410A48A" w14:textId="05BB2A61" w:rsidR="007734D8" w:rsidRPr="0084044E" w:rsidRDefault="007734D8" w:rsidP="007734D8">
      <w:pPr>
        <w:spacing w:after="60" w:line="240" w:lineRule="auto"/>
        <w:rPr>
          <w:szCs w:val="18"/>
        </w:rPr>
      </w:pPr>
      <w:r w:rsidRPr="0084044E">
        <w:rPr>
          <w:szCs w:val="18"/>
        </w:rPr>
        <w:t>To enroll in additional or future programs, provide new deposits indicating the name and date of program(s). New registration form will not be needed, but we will ask for changes to health history and annual liability release signature upon arrival at program.</w:t>
      </w:r>
    </w:p>
    <w:p w14:paraId="48B39A59" w14:textId="2E940258" w:rsidR="00340B62" w:rsidRDefault="00340B62"/>
    <w:p w14:paraId="0BBE13BF" w14:textId="77777777" w:rsidR="007734D8" w:rsidRDefault="007734D8">
      <w:pPr>
        <w:rPr>
          <w:rFonts w:cstheme="majorBidi"/>
          <w:b/>
          <w:bCs/>
          <w:color w:val="4F81BD" w:themeColor="accent1"/>
          <w:sz w:val="22"/>
          <w:szCs w:val="26"/>
        </w:rPr>
      </w:pPr>
      <w:r>
        <w:rPr>
          <w:sz w:val="22"/>
        </w:rPr>
        <w:br w:type="page"/>
      </w:r>
    </w:p>
    <w:p w14:paraId="2D353654" w14:textId="421A8C29" w:rsidR="00340B62" w:rsidRDefault="00336004">
      <w:pPr>
        <w:pStyle w:val="Heading2"/>
        <w:spacing w:before="160" w:after="80"/>
      </w:pPr>
      <w:r>
        <w:rPr>
          <w:rFonts w:ascii="Arial" w:eastAsia="Arial" w:hAnsi="Arial"/>
          <w:sz w:val="22"/>
        </w:rPr>
        <w:lastRenderedPageBreak/>
        <w:t>6. Health History</w:t>
      </w:r>
    </w:p>
    <w:p w14:paraId="6D7200DD" w14:textId="77777777" w:rsidR="00340B62" w:rsidRPr="0084044E" w:rsidRDefault="00000000">
      <w:pPr>
        <w:spacing w:before="20" w:after="40"/>
        <w:rPr>
          <w:szCs w:val="18"/>
        </w:rPr>
      </w:pPr>
      <w:r w:rsidRPr="0084044E">
        <w:rPr>
          <w:szCs w:val="18"/>
        </w:rPr>
        <w:t>Complete fully. Attach instructions for recurring or likely problems. For anything not applicable, enter "none" in the field.</w:t>
      </w:r>
    </w:p>
    <w:tbl>
      <w:tblPr>
        <w:tblW w:w="0" w:type="auto"/>
        <w:jc w:val="center"/>
        <w:tblLayout w:type="fixed"/>
        <w:tblLook w:val="04A0" w:firstRow="1" w:lastRow="0" w:firstColumn="1" w:lastColumn="0" w:noHBand="0" w:noVBand="1"/>
      </w:tblPr>
      <w:tblGrid>
        <w:gridCol w:w="3240"/>
        <w:gridCol w:w="7128"/>
      </w:tblGrid>
      <w:tr w:rsidR="00340B62" w14:paraId="5BF736E1"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49982202" w14:textId="6899A620" w:rsidR="00340B62" w:rsidRPr="0084044E" w:rsidRDefault="00000000">
            <w:pPr>
              <w:spacing w:after="0"/>
              <w:rPr>
                <w:szCs w:val="18"/>
              </w:rPr>
            </w:pPr>
            <w:r w:rsidRPr="0084044E">
              <w:rPr>
                <w:b/>
                <w:szCs w:val="18"/>
              </w:rPr>
              <w:t>Participant Name</w:t>
            </w:r>
            <w:r w:rsidR="004846B1" w:rsidRPr="0084044E">
              <w:rPr>
                <w:b/>
                <w:szCs w:val="18"/>
              </w:rPr>
              <w:t>:</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6C5D8D00" w14:textId="47796C46" w:rsidR="00340B62" w:rsidRDefault="00340B62">
            <w:pPr>
              <w:spacing w:after="0"/>
            </w:pPr>
          </w:p>
        </w:tc>
      </w:tr>
      <w:tr w:rsidR="00340B62" w14:paraId="76504354"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36013593" w14:textId="51BD33AE" w:rsidR="00340B62" w:rsidRPr="0084044E" w:rsidRDefault="00000000">
            <w:pPr>
              <w:spacing w:after="0"/>
              <w:rPr>
                <w:szCs w:val="18"/>
              </w:rPr>
            </w:pPr>
            <w:r w:rsidRPr="0084044E">
              <w:rPr>
                <w:b/>
                <w:szCs w:val="18"/>
              </w:rPr>
              <w:t>Current</w:t>
            </w:r>
            <w:r w:rsidR="009A24F0" w:rsidRPr="0084044E">
              <w:rPr>
                <w:b/>
                <w:szCs w:val="18"/>
              </w:rPr>
              <w:t xml:space="preserve"> or </w:t>
            </w:r>
            <w:r w:rsidRPr="0084044E">
              <w:rPr>
                <w:b/>
                <w:szCs w:val="18"/>
              </w:rPr>
              <w:t xml:space="preserve">Past First Aid </w:t>
            </w:r>
            <w:r w:rsidR="009A24F0" w:rsidRPr="0084044E">
              <w:rPr>
                <w:b/>
                <w:szCs w:val="18"/>
              </w:rPr>
              <w:t xml:space="preserve">or Medical </w:t>
            </w:r>
            <w:r w:rsidRPr="0084044E">
              <w:rPr>
                <w:b/>
                <w:szCs w:val="18"/>
              </w:rPr>
              <w:t xml:space="preserve">Training </w:t>
            </w:r>
            <w:r w:rsidR="009A24F0" w:rsidRPr="0084044E">
              <w:rPr>
                <w:b/>
                <w:szCs w:val="18"/>
              </w:rPr>
              <w:t>of parent and/or participant</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67710817" w14:textId="5010099B" w:rsidR="00340B62" w:rsidRDefault="00000000">
            <w:pPr>
              <w:spacing w:after="0"/>
            </w:pPr>
            <w:sdt>
              <w:sdtPr>
                <w:alias w:val="MEDICAL_FIRST_AID_TRAINING"/>
                <w:tag w:val="MEDICAL_FIRST_AID_TRAINING"/>
                <w:id w:val="1912649401"/>
                <w:text/>
              </w:sdtPr>
              <w:sdtContent>
                <w:r w:rsidR="009A24F0">
                  <w:t xml:space="preserve"> </w:t>
                </w:r>
              </w:sdtContent>
            </w:sdt>
          </w:p>
        </w:tc>
      </w:tr>
      <w:tr w:rsidR="00340B62" w14:paraId="45F29989"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0033D9B7" w14:textId="6986FF3A" w:rsidR="00340B62" w:rsidRPr="0084044E" w:rsidRDefault="00000000">
            <w:pPr>
              <w:spacing w:after="0"/>
              <w:rPr>
                <w:szCs w:val="18"/>
              </w:rPr>
            </w:pPr>
            <w:r w:rsidRPr="0084044E">
              <w:rPr>
                <w:b/>
                <w:szCs w:val="18"/>
              </w:rPr>
              <w:t>Health Insurance Company</w:t>
            </w:r>
            <w:r w:rsidR="004846B1" w:rsidRPr="0084044E">
              <w:rPr>
                <w:b/>
                <w:szCs w:val="18"/>
              </w:rPr>
              <w:t>:</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6034000B" w14:textId="37FCD58D" w:rsidR="00340B62" w:rsidRDefault="00340B62">
            <w:pPr>
              <w:spacing w:after="0"/>
            </w:pPr>
          </w:p>
        </w:tc>
      </w:tr>
      <w:tr w:rsidR="00340B62" w14:paraId="2D39CB56"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06F90872" w14:textId="2F7D0772" w:rsidR="00340B62" w:rsidRPr="0084044E" w:rsidRDefault="00000000">
            <w:pPr>
              <w:spacing w:after="0"/>
              <w:rPr>
                <w:szCs w:val="18"/>
              </w:rPr>
            </w:pPr>
            <w:r w:rsidRPr="0084044E">
              <w:rPr>
                <w:b/>
                <w:szCs w:val="18"/>
              </w:rPr>
              <w:t xml:space="preserve">Health Insurance # </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1AC5B191" w14:textId="02353B38" w:rsidR="00340B62" w:rsidRDefault="00340B62">
            <w:pPr>
              <w:spacing w:after="0"/>
            </w:pPr>
          </w:p>
        </w:tc>
      </w:tr>
      <w:tr w:rsidR="00340B62" w14:paraId="300D0729" w14:textId="77777777" w:rsidTr="009A24F0">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1D3A7CE8" w14:textId="77777777" w:rsidR="00340B62" w:rsidRPr="0084044E" w:rsidRDefault="00000000">
            <w:pPr>
              <w:spacing w:after="0"/>
              <w:rPr>
                <w:szCs w:val="18"/>
              </w:rPr>
            </w:pPr>
            <w:r w:rsidRPr="0084044E">
              <w:rPr>
                <w:b/>
                <w:szCs w:val="18"/>
              </w:rPr>
              <w:t>Deductible and other restrictions in case of hospital visit</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67D6A1E0" w14:textId="10C92FC1" w:rsidR="00340B62" w:rsidRDefault="00000000">
            <w:pPr>
              <w:spacing w:after="0"/>
            </w:pPr>
            <w:sdt>
              <w:sdtPr>
                <w:alias w:val="DEDUCTIBLE_RESTRICTIONS"/>
                <w:tag w:val="DEDUCTIBLE_RESTRICTIONS"/>
                <w:id w:val="-1231536069"/>
                <w:text/>
              </w:sdtPr>
              <w:sdtContent>
                <w:r w:rsidR="009A24F0">
                  <w:t xml:space="preserve"> </w:t>
                </w:r>
              </w:sdtContent>
            </w:sdt>
          </w:p>
        </w:tc>
      </w:tr>
    </w:tbl>
    <w:p w14:paraId="1D21D5C2" w14:textId="77777777" w:rsidR="0084044E" w:rsidRDefault="0084044E">
      <w:pPr>
        <w:keepNext/>
        <w:spacing w:before="60" w:after="20"/>
        <w:rPr>
          <w:b/>
          <w:sz w:val="17"/>
        </w:rPr>
      </w:pPr>
    </w:p>
    <w:p w14:paraId="49722C29" w14:textId="29E6FA6C" w:rsidR="00340B62" w:rsidRDefault="00000000">
      <w:pPr>
        <w:keepNext/>
        <w:spacing w:before="60" w:after="20"/>
      </w:pPr>
      <w:r w:rsidRPr="0084044E">
        <w:rPr>
          <w:b/>
          <w:szCs w:val="18"/>
        </w:rPr>
        <w:t>Allergies</w:t>
      </w:r>
      <w:r w:rsidR="004846B1" w:rsidRPr="0084044E">
        <w:rPr>
          <w:b/>
          <w:szCs w:val="18"/>
        </w:rPr>
        <w:t xml:space="preserve"> and/or </w:t>
      </w:r>
      <w:r w:rsidRPr="0084044E">
        <w:rPr>
          <w:b/>
          <w:szCs w:val="18"/>
        </w:rPr>
        <w:t>Asthma</w:t>
      </w:r>
      <w:r w:rsidR="004846B1">
        <w:rPr>
          <w:b/>
          <w:sz w:val="17"/>
        </w:rPr>
        <w:t xml:space="preserve"> </w:t>
      </w:r>
      <w:r w:rsidR="004846B1" w:rsidRPr="0084044E">
        <w:rPr>
          <w:i/>
          <w:sz w:val="16"/>
          <w:szCs w:val="16"/>
        </w:rPr>
        <w:t>(a</w:t>
      </w:r>
      <w:r w:rsidRPr="0084044E">
        <w:rPr>
          <w:i/>
          <w:sz w:val="16"/>
          <w:szCs w:val="16"/>
        </w:rPr>
        <w:t xml:space="preserve">llergen, reactions and care </w:t>
      </w:r>
      <w:r w:rsidR="004846B1" w:rsidRPr="0084044E">
        <w:rPr>
          <w:i/>
          <w:sz w:val="16"/>
          <w:szCs w:val="16"/>
        </w:rPr>
        <w:t>instructions)</w:t>
      </w:r>
    </w:p>
    <w:tbl>
      <w:tblPr>
        <w:tblW w:w="0" w:type="auto"/>
        <w:tblLayout w:type="fixed"/>
        <w:tblLook w:val="04A0" w:firstRow="1" w:lastRow="0" w:firstColumn="1" w:lastColumn="0" w:noHBand="0" w:noVBand="1"/>
      </w:tblPr>
      <w:tblGrid>
        <w:gridCol w:w="10368"/>
      </w:tblGrid>
      <w:tr w:rsidR="00340B62" w14:paraId="49C27855"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41792710" w14:textId="77777777" w:rsidR="00340B62" w:rsidRDefault="004846B1" w:rsidP="004846B1">
            <w:pPr>
              <w:spacing w:after="0"/>
            </w:pPr>
            <w:r>
              <w:t>Type details here, or enter None</w:t>
            </w:r>
          </w:p>
          <w:p w14:paraId="41D955EF" w14:textId="391730B9" w:rsidR="004846B1" w:rsidRDefault="004846B1" w:rsidP="004846B1">
            <w:pPr>
              <w:spacing w:after="0"/>
            </w:pPr>
          </w:p>
        </w:tc>
      </w:tr>
    </w:tbl>
    <w:p w14:paraId="448F2BCC" w14:textId="5F275145" w:rsidR="00340B62" w:rsidRDefault="00000000">
      <w:pPr>
        <w:keepNext/>
        <w:spacing w:before="60" w:after="20"/>
      </w:pPr>
      <w:r w:rsidRPr="0084044E">
        <w:rPr>
          <w:b/>
          <w:szCs w:val="18"/>
        </w:rPr>
        <w:t>Past Back/Spine/Head Injuries</w:t>
      </w:r>
      <w:r>
        <w:rPr>
          <w:i/>
          <w:sz w:val="15"/>
        </w:rPr>
        <w:t xml:space="preserve"> </w:t>
      </w:r>
      <w:r w:rsidR="004846B1" w:rsidRPr="0084044E">
        <w:rPr>
          <w:i/>
          <w:sz w:val="16"/>
          <w:szCs w:val="16"/>
        </w:rPr>
        <w:t>(i</w:t>
      </w:r>
      <w:r w:rsidRPr="0084044E">
        <w:rPr>
          <w:i/>
          <w:sz w:val="16"/>
          <w:szCs w:val="16"/>
        </w:rPr>
        <w:t>nclude care instructions</w:t>
      </w:r>
      <w:r w:rsidR="004846B1" w:rsidRPr="0084044E">
        <w:rPr>
          <w:i/>
          <w:sz w:val="16"/>
          <w:szCs w:val="16"/>
        </w:rPr>
        <w:t>)</w:t>
      </w:r>
    </w:p>
    <w:tbl>
      <w:tblPr>
        <w:tblW w:w="0" w:type="auto"/>
        <w:tblLayout w:type="fixed"/>
        <w:tblLook w:val="04A0" w:firstRow="1" w:lastRow="0" w:firstColumn="1" w:lastColumn="0" w:noHBand="0" w:noVBand="1"/>
      </w:tblPr>
      <w:tblGrid>
        <w:gridCol w:w="10368"/>
      </w:tblGrid>
      <w:tr w:rsidR="00340B62" w14:paraId="2584AB87"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438FFF8F" w14:textId="64E7394E" w:rsidR="00340B62" w:rsidRDefault="00000000">
            <w:pPr>
              <w:spacing w:after="0"/>
            </w:pPr>
            <w:sdt>
              <w:sdtPr>
                <w:alias w:val="PAST_BACK_SPINE_HEAD_INJURIES"/>
                <w:tag w:val="PAST_BACK_SPINE_HEAD_INJURIES"/>
                <w:id w:val="1491521699"/>
                <w:text/>
              </w:sdtPr>
              <w:sdtContent>
                <w:r w:rsidR="004846B1" w:rsidRPr="004846B1">
                  <w:t xml:space="preserve"> Type details here, or enter None</w:t>
                </w:r>
              </w:sdtContent>
            </w:sdt>
          </w:p>
          <w:p w14:paraId="2A80AD4A" w14:textId="77777777" w:rsidR="00340B62" w:rsidRDefault="00340B62">
            <w:pPr>
              <w:spacing w:after="0"/>
            </w:pPr>
          </w:p>
        </w:tc>
      </w:tr>
    </w:tbl>
    <w:p w14:paraId="6DB523FF" w14:textId="33119593" w:rsidR="00340B62" w:rsidRDefault="00000000">
      <w:pPr>
        <w:keepNext/>
        <w:spacing w:before="60" w:after="20"/>
      </w:pPr>
      <w:r w:rsidRPr="0084044E">
        <w:rPr>
          <w:b/>
          <w:szCs w:val="18"/>
        </w:rPr>
        <w:t>Past Sprains, Fractures, Dislocations</w:t>
      </w:r>
      <w:r>
        <w:rPr>
          <w:i/>
          <w:sz w:val="15"/>
        </w:rPr>
        <w:t xml:space="preserve"> </w:t>
      </w:r>
      <w:r w:rsidR="004846B1" w:rsidRPr="0084044E">
        <w:rPr>
          <w:i/>
          <w:sz w:val="16"/>
          <w:szCs w:val="16"/>
        </w:rPr>
        <w:t>(include care instructions)</w:t>
      </w:r>
    </w:p>
    <w:tbl>
      <w:tblPr>
        <w:tblW w:w="0" w:type="auto"/>
        <w:tblLayout w:type="fixed"/>
        <w:tblLook w:val="04A0" w:firstRow="1" w:lastRow="0" w:firstColumn="1" w:lastColumn="0" w:noHBand="0" w:noVBand="1"/>
      </w:tblPr>
      <w:tblGrid>
        <w:gridCol w:w="10368"/>
      </w:tblGrid>
      <w:tr w:rsidR="00340B62" w14:paraId="39313DFB"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0DB67280" w14:textId="5E571515" w:rsidR="00340B62" w:rsidRDefault="00000000">
            <w:pPr>
              <w:spacing w:after="0"/>
            </w:pPr>
            <w:sdt>
              <w:sdtPr>
                <w:alias w:val="PAST_SPRAINS_FRACTURES_DISLOCATIONS"/>
                <w:tag w:val="PAST_SPRAINS_FRACTURES_DISLOCATIONS"/>
                <w:id w:val="2022110567"/>
                <w:text/>
              </w:sdtPr>
              <w:sdtContent>
                <w:r w:rsidR="004846B1">
                  <w:t>Type details here, or enter None</w:t>
                </w:r>
              </w:sdtContent>
            </w:sdt>
          </w:p>
          <w:p w14:paraId="2B536408" w14:textId="77777777" w:rsidR="00340B62" w:rsidRDefault="00340B62">
            <w:pPr>
              <w:spacing w:after="0"/>
            </w:pPr>
          </w:p>
        </w:tc>
      </w:tr>
    </w:tbl>
    <w:p w14:paraId="31238D11" w14:textId="608FB1DF" w:rsidR="00340B62" w:rsidRDefault="00000000">
      <w:pPr>
        <w:keepNext/>
        <w:spacing w:before="60" w:after="20"/>
      </w:pPr>
      <w:r w:rsidRPr="0084044E">
        <w:rPr>
          <w:b/>
          <w:szCs w:val="18"/>
        </w:rPr>
        <w:t xml:space="preserve">Past Heat/Cold Injuries &amp; Susceptibility </w:t>
      </w:r>
      <w:proofErr w:type="gramStart"/>
      <w:r w:rsidRPr="0084044E">
        <w:rPr>
          <w:b/>
          <w:szCs w:val="18"/>
        </w:rPr>
        <w:t>To</w:t>
      </w:r>
      <w:proofErr w:type="gramEnd"/>
      <w:r w:rsidRPr="0084044E">
        <w:rPr>
          <w:b/>
          <w:szCs w:val="18"/>
        </w:rPr>
        <w:t xml:space="preserve"> Sunburn</w:t>
      </w:r>
      <w:r>
        <w:rPr>
          <w:i/>
          <w:sz w:val="15"/>
        </w:rPr>
        <w:t xml:space="preserve"> </w:t>
      </w:r>
      <w:r w:rsidR="004846B1" w:rsidRPr="0084044E">
        <w:rPr>
          <w:i/>
          <w:sz w:val="16"/>
          <w:szCs w:val="16"/>
        </w:rPr>
        <w:t>(include care instructions)</w:t>
      </w:r>
    </w:p>
    <w:tbl>
      <w:tblPr>
        <w:tblW w:w="0" w:type="auto"/>
        <w:tblLayout w:type="fixed"/>
        <w:tblLook w:val="04A0" w:firstRow="1" w:lastRow="0" w:firstColumn="1" w:lastColumn="0" w:noHBand="0" w:noVBand="1"/>
      </w:tblPr>
      <w:tblGrid>
        <w:gridCol w:w="10368"/>
      </w:tblGrid>
      <w:tr w:rsidR="00340B62" w14:paraId="1A97853E"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3BE79892" w14:textId="2E178057" w:rsidR="00340B62" w:rsidRDefault="00000000">
            <w:pPr>
              <w:spacing w:after="0"/>
            </w:pPr>
            <w:sdt>
              <w:sdtPr>
                <w:alias w:val="PAST_HEAT_COLD_INJURIES_SUSCEPTIBILITY_T"/>
                <w:tag w:val="PAST_HEAT_COLD_INJURIES_SUSCEPTIBILITY_T"/>
                <w:id w:val="-420868356"/>
                <w:text/>
              </w:sdtPr>
              <w:sdtContent>
                <w:r w:rsidR="004846B1">
                  <w:t>Type details here, or enter None</w:t>
                </w:r>
              </w:sdtContent>
            </w:sdt>
          </w:p>
          <w:p w14:paraId="0B6AC86C" w14:textId="77777777" w:rsidR="00340B62" w:rsidRDefault="00340B62">
            <w:pPr>
              <w:spacing w:after="0"/>
            </w:pPr>
          </w:p>
        </w:tc>
      </w:tr>
    </w:tbl>
    <w:p w14:paraId="41DF633B" w14:textId="4E70AB6B" w:rsidR="00340B62" w:rsidRDefault="00000000">
      <w:pPr>
        <w:keepNext/>
        <w:spacing w:before="60" w:after="20"/>
      </w:pPr>
      <w:r w:rsidRPr="0084044E">
        <w:rPr>
          <w:b/>
          <w:szCs w:val="18"/>
        </w:rPr>
        <w:t>Past Fainting/Seizures/Convulsions</w:t>
      </w:r>
      <w:r>
        <w:rPr>
          <w:i/>
          <w:sz w:val="15"/>
        </w:rPr>
        <w:t xml:space="preserve"> </w:t>
      </w:r>
      <w:r w:rsidR="004846B1" w:rsidRPr="0084044E">
        <w:rPr>
          <w:i/>
          <w:sz w:val="16"/>
          <w:szCs w:val="16"/>
        </w:rPr>
        <w:t>(include care instructions)</w:t>
      </w:r>
    </w:p>
    <w:tbl>
      <w:tblPr>
        <w:tblW w:w="0" w:type="auto"/>
        <w:tblLayout w:type="fixed"/>
        <w:tblLook w:val="04A0" w:firstRow="1" w:lastRow="0" w:firstColumn="1" w:lastColumn="0" w:noHBand="0" w:noVBand="1"/>
      </w:tblPr>
      <w:tblGrid>
        <w:gridCol w:w="10368"/>
      </w:tblGrid>
      <w:tr w:rsidR="00340B62" w14:paraId="1E0FF354"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31EEA1C1" w14:textId="57B2DFCB" w:rsidR="00340B62" w:rsidRDefault="00000000">
            <w:pPr>
              <w:spacing w:after="0"/>
            </w:pPr>
            <w:sdt>
              <w:sdtPr>
                <w:alias w:val="PAST_FAINTING_SEIZURES_CONVULSIONS"/>
                <w:tag w:val="PAST_FAINTING_SEIZURES_CONVULSIONS"/>
                <w:id w:val="802510904"/>
                <w:text/>
              </w:sdtPr>
              <w:sdtContent>
                <w:r w:rsidR="004846B1">
                  <w:t>Type details here, or enter None</w:t>
                </w:r>
              </w:sdtContent>
            </w:sdt>
          </w:p>
          <w:p w14:paraId="2CBE5D59" w14:textId="77777777" w:rsidR="00340B62" w:rsidRDefault="00340B62">
            <w:pPr>
              <w:spacing w:after="0"/>
            </w:pPr>
          </w:p>
        </w:tc>
      </w:tr>
    </w:tbl>
    <w:p w14:paraId="64F6A8BE" w14:textId="197FA26D" w:rsidR="00340B62" w:rsidRDefault="00000000">
      <w:pPr>
        <w:keepNext/>
        <w:spacing w:before="60" w:after="20"/>
      </w:pPr>
      <w:r w:rsidRPr="0084044E">
        <w:rPr>
          <w:b/>
          <w:szCs w:val="18"/>
        </w:rPr>
        <w:t>Abdominal/Intestinal/Menstrual History &amp; Concerns</w:t>
      </w:r>
      <w:r>
        <w:rPr>
          <w:i/>
          <w:sz w:val="15"/>
        </w:rPr>
        <w:t xml:space="preserve"> </w:t>
      </w:r>
      <w:r w:rsidR="004846B1" w:rsidRPr="0084044E">
        <w:rPr>
          <w:i/>
          <w:sz w:val="16"/>
          <w:szCs w:val="16"/>
        </w:rPr>
        <w:t>(include care instructions)</w:t>
      </w:r>
    </w:p>
    <w:tbl>
      <w:tblPr>
        <w:tblW w:w="0" w:type="auto"/>
        <w:tblLayout w:type="fixed"/>
        <w:tblLook w:val="04A0" w:firstRow="1" w:lastRow="0" w:firstColumn="1" w:lastColumn="0" w:noHBand="0" w:noVBand="1"/>
      </w:tblPr>
      <w:tblGrid>
        <w:gridCol w:w="10368"/>
      </w:tblGrid>
      <w:tr w:rsidR="00340B62" w14:paraId="65E19009"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65B468F2" w14:textId="76FEB39B" w:rsidR="00340B62" w:rsidRDefault="00000000">
            <w:pPr>
              <w:spacing w:after="0"/>
            </w:pPr>
            <w:sdt>
              <w:sdtPr>
                <w:alias w:val="ABDOMINAL_INTESTINAL_MENSTRUAL_HISTORY_C"/>
                <w:tag w:val="ABDOMINAL_INTESTINAL_MENSTRUAL_HISTORY_C"/>
                <w:id w:val="-1424573102"/>
                <w:text/>
              </w:sdtPr>
              <w:sdtContent>
                <w:r w:rsidR="004846B1">
                  <w:t>Type details here, or enter None</w:t>
                </w:r>
              </w:sdtContent>
            </w:sdt>
          </w:p>
          <w:p w14:paraId="6F1DD0D6" w14:textId="77777777" w:rsidR="00340B62" w:rsidRDefault="00340B62">
            <w:pPr>
              <w:spacing w:after="0"/>
            </w:pPr>
          </w:p>
        </w:tc>
      </w:tr>
    </w:tbl>
    <w:p w14:paraId="195F917F" w14:textId="13ECA8F4" w:rsidR="00340B62" w:rsidRDefault="00000000">
      <w:pPr>
        <w:keepNext/>
        <w:spacing w:before="60" w:after="20"/>
      </w:pPr>
      <w:r w:rsidRPr="0084044E">
        <w:rPr>
          <w:b/>
          <w:szCs w:val="18"/>
        </w:rPr>
        <w:t>Diet Requirements &amp; History</w:t>
      </w:r>
      <w:r>
        <w:rPr>
          <w:i/>
          <w:sz w:val="15"/>
        </w:rPr>
        <w:t xml:space="preserve"> </w:t>
      </w:r>
      <w:r w:rsidR="004846B1" w:rsidRPr="0084044E">
        <w:rPr>
          <w:i/>
          <w:sz w:val="16"/>
          <w:szCs w:val="16"/>
        </w:rPr>
        <w:t>(r</w:t>
      </w:r>
      <w:r w:rsidRPr="0084044E">
        <w:rPr>
          <w:i/>
          <w:sz w:val="16"/>
          <w:szCs w:val="16"/>
        </w:rPr>
        <w:t>equired for overnight programs</w:t>
      </w:r>
      <w:r w:rsidR="004846B1">
        <w:rPr>
          <w:i/>
          <w:sz w:val="15"/>
        </w:rPr>
        <w:t>)</w:t>
      </w:r>
    </w:p>
    <w:tbl>
      <w:tblPr>
        <w:tblW w:w="0" w:type="auto"/>
        <w:tblLayout w:type="fixed"/>
        <w:tblLook w:val="04A0" w:firstRow="1" w:lastRow="0" w:firstColumn="1" w:lastColumn="0" w:noHBand="0" w:noVBand="1"/>
      </w:tblPr>
      <w:tblGrid>
        <w:gridCol w:w="10368"/>
      </w:tblGrid>
      <w:tr w:rsidR="00340B62" w14:paraId="4F303A68"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025D8204" w14:textId="6A928C65" w:rsidR="00340B62" w:rsidRDefault="00000000">
            <w:pPr>
              <w:spacing w:after="0"/>
            </w:pPr>
            <w:sdt>
              <w:sdtPr>
                <w:alias w:val="DIET_REQUIREMENTS_HISTORY"/>
                <w:tag w:val="DIET_REQUIREMENTS_HISTORY"/>
                <w:id w:val="1572387450"/>
                <w:text/>
              </w:sdtPr>
              <w:sdtContent>
                <w:r>
                  <w:rPr>
                    <w:sz w:val="17"/>
                  </w:rPr>
                  <w:t xml:space="preserve">Type details here, or enter </w:t>
                </w:r>
                <w:r w:rsidR="004846B1">
                  <w:rPr>
                    <w:sz w:val="17"/>
                  </w:rPr>
                  <w:t>None</w:t>
                </w:r>
              </w:sdtContent>
            </w:sdt>
          </w:p>
          <w:p w14:paraId="4CC8D214" w14:textId="77777777" w:rsidR="00340B62" w:rsidRDefault="00340B62">
            <w:pPr>
              <w:spacing w:after="0"/>
            </w:pPr>
          </w:p>
        </w:tc>
      </w:tr>
    </w:tbl>
    <w:p w14:paraId="083D8C44" w14:textId="79D4E601" w:rsidR="00340B62" w:rsidRDefault="00000000">
      <w:pPr>
        <w:keepNext/>
        <w:spacing w:before="60" w:after="20"/>
      </w:pPr>
      <w:r w:rsidRPr="0084044E">
        <w:rPr>
          <w:b/>
          <w:szCs w:val="18"/>
        </w:rPr>
        <w:t>Current Medications</w:t>
      </w:r>
      <w:r>
        <w:rPr>
          <w:i/>
          <w:sz w:val="15"/>
        </w:rPr>
        <w:t xml:space="preserve"> </w:t>
      </w:r>
      <w:r w:rsidR="0084044E" w:rsidRPr="0084044E">
        <w:rPr>
          <w:i/>
          <w:sz w:val="16"/>
          <w:szCs w:val="16"/>
        </w:rPr>
        <w:t>(name medication,</w:t>
      </w:r>
      <w:r w:rsidRPr="0084044E">
        <w:rPr>
          <w:i/>
          <w:sz w:val="16"/>
          <w:szCs w:val="16"/>
        </w:rPr>
        <w:t xml:space="preserve"> condition, drug, and how participant or Wolf Camp staff should administer</w:t>
      </w:r>
      <w:r w:rsidR="0084044E" w:rsidRPr="0084044E">
        <w:rPr>
          <w:i/>
          <w:sz w:val="16"/>
          <w:szCs w:val="16"/>
        </w:rPr>
        <w:t>)</w:t>
      </w:r>
    </w:p>
    <w:tbl>
      <w:tblPr>
        <w:tblW w:w="0" w:type="auto"/>
        <w:tblLayout w:type="fixed"/>
        <w:tblLook w:val="04A0" w:firstRow="1" w:lastRow="0" w:firstColumn="1" w:lastColumn="0" w:noHBand="0" w:noVBand="1"/>
      </w:tblPr>
      <w:tblGrid>
        <w:gridCol w:w="10368"/>
      </w:tblGrid>
      <w:tr w:rsidR="00340B62" w14:paraId="4B48D5EB"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3C3AB012" w14:textId="1B2577B6" w:rsidR="00340B62" w:rsidRDefault="00000000">
            <w:pPr>
              <w:spacing w:after="0"/>
            </w:pPr>
            <w:sdt>
              <w:sdtPr>
                <w:alias w:val="CURRENT_MEDICATIONS"/>
                <w:tag w:val="CURRENT_MEDICATIONS"/>
                <w:id w:val="1267574069"/>
                <w:text/>
              </w:sdtPr>
              <w:sdtContent>
                <w:r>
                  <w:rPr>
                    <w:sz w:val="17"/>
                  </w:rPr>
                  <w:t xml:space="preserve">Type details here, or enter </w:t>
                </w:r>
                <w:r w:rsidR="004846B1">
                  <w:rPr>
                    <w:sz w:val="17"/>
                  </w:rPr>
                  <w:t>None</w:t>
                </w:r>
              </w:sdtContent>
            </w:sdt>
          </w:p>
          <w:p w14:paraId="324990E8" w14:textId="77777777" w:rsidR="00340B62" w:rsidRDefault="00340B62">
            <w:pPr>
              <w:spacing w:after="0"/>
            </w:pPr>
          </w:p>
        </w:tc>
      </w:tr>
    </w:tbl>
    <w:p w14:paraId="549E7146" w14:textId="464B9414" w:rsidR="00340B62" w:rsidRPr="0084044E" w:rsidRDefault="00000000">
      <w:pPr>
        <w:keepNext/>
        <w:spacing w:before="60" w:after="20"/>
        <w:rPr>
          <w:szCs w:val="18"/>
        </w:rPr>
      </w:pPr>
      <w:r w:rsidRPr="0084044E">
        <w:rPr>
          <w:b/>
          <w:szCs w:val="18"/>
        </w:rPr>
        <w:t>Eye/Ear Aids/Lenses</w:t>
      </w:r>
    </w:p>
    <w:tbl>
      <w:tblPr>
        <w:tblW w:w="0" w:type="auto"/>
        <w:tblLayout w:type="fixed"/>
        <w:tblLook w:val="04A0" w:firstRow="1" w:lastRow="0" w:firstColumn="1" w:lastColumn="0" w:noHBand="0" w:noVBand="1"/>
      </w:tblPr>
      <w:tblGrid>
        <w:gridCol w:w="10368"/>
      </w:tblGrid>
      <w:tr w:rsidR="00340B62" w14:paraId="0B9425EE"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5D6C6910" w14:textId="3D1DF071" w:rsidR="00340B62" w:rsidRDefault="00000000">
            <w:pPr>
              <w:spacing w:after="0"/>
            </w:pPr>
            <w:sdt>
              <w:sdtPr>
                <w:alias w:val="EYE_EAR_AIDS_LENSES"/>
                <w:tag w:val="EYE_EAR_AIDS_LENSES"/>
                <w:id w:val="-1499495531"/>
                <w:text/>
              </w:sdtPr>
              <w:sdtContent>
                <w:r w:rsidR="004846B1" w:rsidRPr="004846B1">
                  <w:t>Type details here, or enter None</w:t>
                </w:r>
              </w:sdtContent>
            </w:sdt>
          </w:p>
          <w:p w14:paraId="700BB10D" w14:textId="77777777" w:rsidR="00340B62" w:rsidRDefault="00340B62">
            <w:pPr>
              <w:spacing w:after="0"/>
            </w:pPr>
          </w:p>
        </w:tc>
      </w:tr>
    </w:tbl>
    <w:p w14:paraId="683320A5" w14:textId="77777777" w:rsidR="00336004" w:rsidRPr="0084044E" w:rsidRDefault="00336004" w:rsidP="00336004">
      <w:pPr>
        <w:keepNext/>
        <w:spacing w:before="60" w:after="20"/>
        <w:rPr>
          <w:szCs w:val="18"/>
        </w:rPr>
      </w:pPr>
      <w:r w:rsidRPr="0084044E">
        <w:rPr>
          <w:b/>
          <w:szCs w:val="18"/>
        </w:rPr>
        <w:t>Swimming Comfort &amp; Ability</w:t>
      </w:r>
    </w:p>
    <w:tbl>
      <w:tblPr>
        <w:tblW w:w="0" w:type="auto"/>
        <w:tblLayout w:type="fixed"/>
        <w:tblLook w:val="04A0" w:firstRow="1" w:lastRow="0" w:firstColumn="1" w:lastColumn="0" w:noHBand="0" w:noVBand="1"/>
      </w:tblPr>
      <w:tblGrid>
        <w:gridCol w:w="10368"/>
      </w:tblGrid>
      <w:tr w:rsidR="00336004" w14:paraId="4254E3C4" w14:textId="77777777" w:rsidTr="002335E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0C785833" w14:textId="77777777" w:rsidR="00336004" w:rsidRDefault="00000000" w:rsidP="002335E7">
            <w:pPr>
              <w:spacing w:after="0"/>
            </w:pPr>
            <w:sdt>
              <w:sdtPr>
                <w:alias w:val="SWIMMING_COMFORT_ABILITY"/>
                <w:tag w:val="SWIMMING_COMFORT_ABILITY"/>
                <w:id w:val="1158413650"/>
                <w:showingPlcHdr/>
                <w:text/>
              </w:sdtPr>
              <w:sdtContent>
                <w:r w:rsidR="00336004">
                  <w:t xml:space="preserve">     </w:t>
                </w:r>
              </w:sdtContent>
            </w:sdt>
          </w:p>
          <w:p w14:paraId="7FDC5279" w14:textId="77777777" w:rsidR="00336004" w:rsidRDefault="00336004" w:rsidP="002335E7">
            <w:pPr>
              <w:spacing w:after="0"/>
            </w:pPr>
          </w:p>
        </w:tc>
      </w:tr>
    </w:tbl>
    <w:p w14:paraId="4D7FC5A5" w14:textId="7DF4FCAC" w:rsidR="00340B62" w:rsidRDefault="00000000">
      <w:pPr>
        <w:keepNext/>
        <w:spacing w:before="60" w:after="20"/>
      </w:pPr>
      <w:r w:rsidRPr="0084044E">
        <w:rPr>
          <w:b/>
          <w:szCs w:val="18"/>
        </w:rPr>
        <w:t>Vaccination</w:t>
      </w:r>
      <w:r w:rsidR="00BB3B89" w:rsidRPr="0084044E">
        <w:rPr>
          <w:b/>
          <w:szCs w:val="18"/>
        </w:rPr>
        <w:t xml:space="preserve"> Status including</w:t>
      </w:r>
      <w:r w:rsidRPr="0084044E">
        <w:rPr>
          <w:b/>
          <w:szCs w:val="18"/>
        </w:rPr>
        <w:t xml:space="preserve"> Tetanus/TDAP</w:t>
      </w:r>
      <w:r>
        <w:rPr>
          <w:i/>
          <w:sz w:val="15"/>
        </w:rPr>
        <w:t xml:space="preserve"> </w:t>
      </w:r>
      <w:r w:rsidR="004846B1" w:rsidRPr="0084044E">
        <w:rPr>
          <w:i/>
          <w:sz w:val="16"/>
          <w:szCs w:val="16"/>
        </w:rPr>
        <w:t>(</w:t>
      </w:r>
      <w:r w:rsidR="00BB3B89" w:rsidRPr="0084044E">
        <w:rPr>
          <w:i/>
          <w:sz w:val="16"/>
          <w:szCs w:val="16"/>
        </w:rPr>
        <w:t xml:space="preserve">answer is required; </w:t>
      </w:r>
      <w:r w:rsidR="004846B1" w:rsidRPr="0084044E">
        <w:rPr>
          <w:i/>
          <w:sz w:val="16"/>
          <w:szCs w:val="16"/>
        </w:rPr>
        <w:t>if</w:t>
      </w:r>
      <w:r w:rsidRPr="0084044E">
        <w:rPr>
          <w:i/>
          <w:sz w:val="16"/>
          <w:szCs w:val="16"/>
        </w:rPr>
        <w:t xml:space="preserve"> not </w:t>
      </w:r>
      <w:proofErr w:type="gramStart"/>
      <w:r w:rsidRPr="0084044E">
        <w:rPr>
          <w:i/>
          <w:sz w:val="16"/>
          <w:szCs w:val="16"/>
        </w:rPr>
        <w:t>up-to-date</w:t>
      </w:r>
      <w:proofErr w:type="gramEnd"/>
      <w:r w:rsidRPr="0084044E">
        <w:rPr>
          <w:i/>
          <w:sz w:val="16"/>
          <w:szCs w:val="16"/>
        </w:rPr>
        <w:t xml:space="preserve"> </w:t>
      </w:r>
      <w:r w:rsidR="00BB3B89" w:rsidRPr="0084044E">
        <w:rPr>
          <w:i/>
          <w:sz w:val="16"/>
          <w:szCs w:val="16"/>
        </w:rPr>
        <w:t>by</w:t>
      </w:r>
      <w:r w:rsidRPr="0084044E">
        <w:rPr>
          <w:i/>
          <w:sz w:val="16"/>
          <w:szCs w:val="16"/>
        </w:rPr>
        <w:t xml:space="preserve"> time of program, </w:t>
      </w:r>
      <w:r w:rsidR="00BB3B89" w:rsidRPr="0084044E">
        <w:rPr>
          <w:i/>
          <w:sz w:val="16"/>
          <w:szCs w:val="16"/>
        </w:rPr>
        <w:t xml:space="preserve">please </w:t>
      </w:r>
      <w:r w:rsidR="004846B1" w:rsidRPr="0084044E">
        <w:rPr>
          <w:i/>
          <w:sz w:val="16"/>
          <w:szCs w:val="16"/>
        </w:rPr>
        <w:t>request</w:t>
      </w:r>
      <w:r w:rsidRPr="0084044E">
        <w:rPr>
          <w:i/>
          <w:sz w:val="16"/>
          <w:szCs w:val="16"/>
        </w:rPr>
        <w:t xml:space="preserve"> exemption for</w:t>
      </w:r>
      <w:r w:rsidR="004846B1" w:rsidRPr="0084044E">
        <w:rPr>
          <w:i/>
          <w:sz w:val="16"/>
          <w:szCs w:val="16"/>
        </w:rPr>
        <w:t>m)</w:t>
      </w:r>
    </w:p>
    <w:tbl>
      <w:tblPr>
        <w:tblW w:w="0" w:type="auto"/>
        <w:tblLayout w:type="fixed"/>
        <w:tblLook w:val="04A0" w:firstRow="1" w:lastRow="0" w:firstColumn="1" w:lastColumn="0" w:noHBand="0" w:noVBand="1"/>
      </w:tblPr>
      <w:tblGrid>
        <w:gridCol w:w="10368"/>
      </w:tblGrid>
      <w:tr w:rsidR="00340B62" w14:paraId="72067EE1"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39CE2EE5" w14:textId="6B139BC4" w:rsidR="00340B62" w:rsidRDefault="00000000">
            <w:pPr>
              <w:spacing w:after="0"/>
            </w:pPr>
            <w:sdt>
              <w:sdtPr>
                <w:alias w:val="VACCINATIONS_TETANUS_TDAP_STATUS"/>
                <w:tag w:val="VACCINATIONS_TETANUS_TDAP_STATUS"/>
                <w:id w:val="1429770350"/>
                <w:text/>
              </w:sdtPr>
              <w:sdtContent>
                <w:r w:rsidR="00336004">
                  <w:t>Type details here, or enter request exemption application</w:t>
                </w:r>
              </w:sdtContent>
            </w:sdt>
          </w:p>
          <w:p w14:paraId="6A30ED24" w14:textId="77777777" w:rsidR="00340B62" w:rsidRDefault="00340B62">
            <w:pPr>
              <w:spacing w:after="0"/>
            </w:pPr>
          </w:p>
        </w:tc>
      </w:tr>
    </w:tbl>
    <w:p w14:paraId="7E3E60CA" w14:textId="7BFA6B0D" w:rsidR="00340B62" w:rsidRDefault="00000000">
      <w:pPr>
        <w:keepNext/>
        <w:spacing w:before="60" w:after="20"/>
      </w:pPr>
      <w:r w:rsidRPr="0084044E">
        <w:rPr>
          <w:b/>
          <w:szCs w:val="18"/>
        </w:rPr>
        <w:t>Date of last medical check-up and result</w:t>
      </w:r>
      <w:r w:rsidR="00BB3B89">
        <w:rPr>
          <w:b/>
          <w:sz w:val="17"/>
        </w:rPr>
        <w:t xml:space="preserve"> </w:t>
      </w:r>
      <w:r w:rsidR="00BB3B89" w:rsidRPr="0084044E">
        <w:rPr>
          <w:i/>
          <w:sz w:val="16"/>
          <w:szCs w:val="16"/>
        </w:rPr>
        <w:t>(please consider new check-up if none in past few months to ensure doctor okays Wolf Camp activities)</w:t>
      </w:r>
    </w:p>
    <w:tbl>
      <w:tblPr>
        <w:tblW w:w="0" w:type="auto"/>
        <w:tblLayout w:type="fixed"/>
        <w:tblLook w:val="04A0" w:firstRow="1" w:lastRow="0" w:firstColumn="1" w:lastColumn="0" w:noHBand="0" w:noVBand="1"/>
      </w:tblPr>
      <w:tblGrid>
        <w:gridCol w:w="10368"/>
      </w:tblGrid>
      <w:tr w:rsidR="00340B62" w14:paraId="00843ECF"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3A142A88" w14:textId="7A26E03D" w:rsidR="00340B62" w:rsidRDefault="00000000">
            <w:pPr>
              <w:spacing w:after="0"/>
            </w:pPr>
            <w:sdt>
              <w:sdtPr>
                <w:alias w:val="DATE_OF_LAST_MEDICAL_CHECK_UP_AND_RESULT"/>
                <w:tag w:val="DATE_OF_LAST_MEDICAL_CHECK_UP_AND_RESULT"/>
                <w:id w:val="845443016"/>
                <w:text/>
              </w:sdtPr>
              <w:sdtContent>
                <w:r w:rsidR="00336004">
                  <w:t>Type details here</w:t>
                </w:r>
              </w:sdtContent>
            </w:sdt>
          </w:p>
          <w:p w14:paraId="3679FA4D" w14:textId="77777777" w:rsidR="00340B62" w:rsidRDefault="00340B62">
            <w:pPr>
              <w:spacing w:after="0"/>
            </w:pPr>
          </w:p>
        </w:tc>
      </w:tr>
    </w:tbl>
    <w:p w14:paraId="6C6A2EB6" w14:textId="7CE2DD75" w:rsidR="00340B62" w:rsidRDefault="00000000">
      <w:pPr>
        <w:keepNext/>
        <w:spacing w:before="60" w:after="20"/>
      </w:pPr>
      <w:r w:rsidRPr="0084044E">
        <w:rPr>
          <w:b/>
          <w:szCs w:val="18"/>
        </w:rPr>
        <w:t>Other Past Medical Conditions/Limitations</w:t>
      </w:r>
      <w:r>
        <w:rPr>
          <w:i/>
          <w:sz w:val="15"/>
        </w:rPr>
        <w:t xml:space="preserve"> </w:t>
      </w:r>
      <w:r w:rsidR="00BB3B89" w:rsidRPr="0084044E">
        <w:rPr>
          <w:i/>
          <w:sz w:val="16"/>
          <w:szCs w:val="16"/>
        </w:rPr>
        <w:t>(d</w:t>
      </w:r>
      <w:r w:rsidRPr="0084044E">
        <w:rPr>
          <w:i/>
          <w:sz w:val="16"/>
          <w:szCs w:val="16"/>
        </w:rPr>
        <w:t>iabetes, hypoglycemia, cardiac, kidney/urinary, mono, dizziness, headaches, chronic fatigue, hepatitis, HIV, coughing, communicable diseases or other illness</w:t>
      </w:r>
      <w:r w:rsidR="00BB3B89" w:rsidRPr="0084044E">
        <w:rPr>
          <w:i/>
          <w:sz w:val="16"/>
          <w:szCs w:val="16"/>
        </w:rPr>
        <w:t>)</w:t>
      </w:r>
    </w:p>
    <w:tbl>
      <w:tblPr>
        <w:tblW w:w="0" w:type="auto"/>
        <w:tblLayout w:type="fixed"/>
        <w:tblLook w:val="04A0" w:firstRow="1" w:lastRow="0" w:firstColumn="1" w:lastColumn="0" w:noHBand="0" w:noVBand="1"/>
      </w:tblPr>
      <w:tblGrid>
        <w:gridCol w:w="10368"/>
      </w:tblGrid>
      <w:tr w:rsidR="00340B62" w14:paraId="03DB4B32"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49026C75" w14:textId="43C4DD02" w:rsidR="00340B62" w:rsidRDefault="00BB3B89">
            <w:pPr>
              <w:spacing w:after="0"/>
            </w:pPr>
            <w:r>
              <w:t>Type details here, or enter None</w:t>
            </w:r>
          </w:p>
          <w:p w14:paraId="7D07AE00" w14:textId="77777777" w:rsidR="00340B62" w:rsidRDefault="00340B62">
            <w:pPr>
              <w:spacing w:after="0"/>
            </w:pPr>
          </w:p>
          <w:p w14:paraId="2AAB2C9D" w14:textId="77777777" w:rsidR="00340B62" w:rsidRDefault="00340B62">
            <w:pPr>
              <w:spacing w:after="0"/>
            </w:pPr>
          </w:p>
        </w:tc>
      </w:tr>
    </w:tbl>
    <w:p w14:paraId="0EE06D92" w14:textId="3263BD50" w:rsidR="00340B62" w:rsidRDefault="00000000">
      <w:pPr>
        <w:keepNext/>
        <w:spacing w:before="60" w:after="20"/>
      </w:pPr>
      <w:r w:rsidRPr="0084044E">
        <w:rPr>
          <w:b/>
          <w:szCs w:val="18"/>
        </w:rPr>
        <w:lastRenderedPageBreak/>
        <w:t>Mental or Emotional Health Concerns</w:t>
      </w:r>
      <w:r w:rsidR="00BB3B89">
        <w:rPr>
          <w:b/>
          <w:sz w:val="17"/>
        </w:rPr>
        <w:t xml:space="preserve"> </w:t>
      </w:r>
      <w:r w:rsidR="00BB3B89" w:rsidRPr="0084044E">
        <w:rPr>
          <w:i/>
          <w:sz w:val="16"/>
          <w:szCs w:val="16"/>
        </w:rPr>
        <w:t>(please expand on the concerns on our parent/participant questionnaire found on second-to-the-last page)</w:t>
      </w:r>
    </w:p>
    <w:tbl>
      <w:tblPr>
        <w:tblW w:w="0" w:type="auto"/>
        <w:tblLayout w:type="fixed"/>
        <w:tblLook w:val="04A0" w:firstRow="1" w:lastRow="0" w:firstColumn="1" w:lastColumn="0" w:noHBand="0" w:noVBand="1"/>
      </w:tblPr>
      <w:tblGrid>
        <w:gridCol w:w="10368"/>
      </w:tblGrid>
      <w:tr w:rsidR="00340B62" w14:paraId="499FC276"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52D83A8D" w14:textId="3A0AD6B6" w:rsidR="00340B62" w:rsidRDefault="00000000">
            <w:pPr>
              <w:spacing w:after="0"/>
            </w:pPr>
            <w:sdt>
              <w:sdtPr>
                <w:alias w:val="MENTAL_OR_EMOTIONAL_HEALTH_CONCERNS"/>
                <w:tag w:val="MENTAL_OR_EMOTIONAL_HEALTH_CONCERNS"/>
                <w:id w:val="-2113811525"/>
                <w:text/>
              </w:sdtPr>
              <w:sdtContent>
                <w:r w:rsidR="00BB3B89">
                  <w:rPr>
                    <w:sz w:val="17"/>
                  </w:rPr>
                  <w:t>Type details here, or enter None</w:t>
                </w:r>
              </w:sdtContent>
            </w:sdt>
          </w:p>
          <w:p w14:paraId="4C4B1C1F" w14:textId="77777777" w:rsidR="00340B62" w:rsidRDefault="00340B62">
            <w:pPr>
              <w:spacing w:after="0"/>
            </w:pPr>
          </w:p>
          <w:p w14:paraId="7882B67D" w14:textId="77777777" w:rsidR="00340B62" w:rsidRDefault="00340B62">
            <w:pPr>
              <w:spacing w:after="0"/>
            </w:pPr>
          </w:p>
        </w:tc>
      </w:tr>
    </w:tbl>
    <w:p w14:paraId="10F3F5AC" w14:textId="0BF6500D" w:rsidR="00340B62" w:rsidRDefault="00000000">
      <w:pPr>
        <w:keepNext/>
        <w:spacing w:before="60" w:after="20"/>
      </w:pPr>
      <w:r w:rsidRPr="0084044E">
        <w:rPr>
          <w:b/>
          <w:szCs w:val="18"/>
        </w:rPr>
        <w:t xml:space="preserve">Additional health </w:t>
      </w:r>
      <w:r w:rsidR="00BB3B89" w:rsidRPr="0084044E">
        <w:rPr>
          <w:b/>
          <w:szCs w:val="18"/>
        </w:rPr>
        <w:t xml:space="preserve">history </w:t>
      </w:r>
      <w:r w:rsidRPr="0084044E">
        <w:rPr>
          <w:b/>
          <w:szCs w:val="18"/>
        </w:rPr>
        <w:t>notes</w:t>
      </w:r>
      <w:r w:rsidR="00BB3B89" w:rsidRPr="0084044E">
        <w:rPr>
          <w:b/>
          <w:szCs w:val="18"/>
        </w:rPr>
        <w:t>,</w:t>
      </w:r>
      <w:r w:rsidRPr="0084044E">
        <w:rPr>
          <w:b/>
          <w:szCs w:val="18"/>
        </w:rPr>
        <w:t xml:space="preserve"> or attached-page summary</w:t>
      </w:r>
      <w:r>
        <w:rPr>
          <w:i/>
          <w:sz w:val="15"/>
        </w:rPr>
        <w:t xml:space="preserve"> </w:t>
      </w:r>
      <w:r w:rsidR="00BB3B89" w:rsidRPr="0084044E">
        <w:rPr>
          <w:i/>
          <w:sz w:val="16"/>
          <w:szCs w:val="16"/>
        </w:rPr>
        <w:t>(or again, you can expand on needs, concerns, emotions or other conditions Wolf Camp should know using the parent/participant questionnaire on second-to-the-last page of registration form</w:t>
      </w:r>
      <w:r w:rsidRPr="0084044E">
        <w:rPr>
          <w:i/>
          <w:sz w:val="16"/>
          <w:szCs w:val="16"/>
        </w:rPr>
        <w:t>.</w:t>
      </w:r>
    </w:p>
    <w:tbl>
      <w:tblPr>
        <w:tblW w:w="0" w:type="auto"/>
        <w:tblLayout w:type="fixed"/>
        <w:tblLook w:val="04A0" w:firstRow="1" w:lastRow="0" w:firstColumn="1" w:lastColumn="0" w:noHBand="0" w:noVBand="1"/>
      </w:tblPr>
      <w:tblGrid>
        <w:gridCol w:w="10368"/>
      </w:tblGrid>
      <w:tr w:rsidR="00340B62" w14:paraId="4C71D522"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7A2481ED" w14:textId="0E7D540B" w:rsidR="00340B62" w:rsidRDefault="00000000">
            <w:pPr>
              <w:spacing w:after="0"/>
            </w:pPr>
            <w:sdt>
              <w:sdtPr>
                <w:alias w:val="ADDITIONAL_HEALTH_NOTES_OR_ATTACHED_PAGE"/>
                <w:tag w:val="ADDITIONAL_HEALTH_NOTES_OR_ATTACHED_PAGE"/>
                <w:id w:val="581877976"/>
                <w:text/>
              </w:sdtPr>
              <w:sdtContent>
                <w:r>
                  <w:rPr>
                    <w:sz w:val="17"/>
                  </w:rPr>
                  <w:t xml:space="preserve">Type details here, or enter </w:t>
                </w:r>
                <w:r w:rsidR="00BB3B89">
                  <w:rPr>
                    <w:sz w:val="17"/>
                  </w:rPr>
                  <w:t>None</w:t>
                </w:r>
              </w:sdtContent>
            </w:sdt>
          </w:p>
          <w:p w14:paraId="65995502" w14:textId="77777777" w:rsidR="00340B62" w:rsidRDefault="00340B62">
            <w:pPr>
              <w:spacing w:after="0"/>
            </w:pPr>
          </w:p>
          <w:p w14:paraId="465F2DEE" w14:textId="77777777" w:rsidR="00340B62" w:rsidRDefault="00340B62">
            <w:pPr>
              <w:spacing w:after="0"/>
            </w:pPr>
          </w:p>
        </w:tc>
      </w:tr>
    </w:tbl>
    <w:p w14:paraId="15151140" w14:textId="77777777" w:rsidR="00340B62" w:rsidRDefault="00000000">
      <w:r>
        <w:br w:type="page"/>
      </w:r>
    </w:p>
    <w:p w14:paraId="64439000" w14:textId="2674F8FE" w:rsidR="00340B62" w:rsidRDefault="00336004">
      <w:pPr>
        <w:pStyle w:val="Heading2"/>
        <w:spacing w:before="160" w:after="80"/>
      </w:pPr>
      <w:r>
        <w:rPr>
          <w:rFonts w:ascii="Arial" w:eastAsia="Arial" w:hAnsi="Arial"/>
          <w:sz w:val="22"/>
        </w:rPr>
        <w:lastRenderedPageBreak/>
        <w:t>7. Hold Harmless Participation Agreement, Assumption of Risk and Waiver of Liability</w:t>
      </w:r>
    </w:p>
    <w:p w14:paraId="0EF84258" w14:textId="4DDF02DC" w:rsidR="00340B62" w:rsidRPr="002F499A" w:rsidRDefault="00000000">
      <w:pPr>
        <w:spacing w:before="20" w:after="40"/>
        <w:rPr>
          <w:b/>
          <w:bCs/>
          <w:szCs w:val="18"/>
        </w:rPr>
      </w:pPr>
      <w:r w:rsidRPr="002F499A">
        <w:rPr>
          <w:b/>
          <w:bCs/>
          <w:szCs w:val="18"/>
        </w:rPr>
        <w:t>Please read carefully</w:t>
      </w:r>
      <w:r w:rsidR="00336004" w:rsidRPr="002F499A">
        <w:rPr>
          <w:b/>
          <w:bCs/>
          <w:szCs w:val="18"/>
        </w:rPr>
        <w:t xml:space="preserve"> before signing:</w:t>
      </w:r>
    </w:p>
    <w:p w14:paraId="6515E47C" w14:textId="77777777" w:rsidR="00340B62" w:rsidRPr="002F499A" w:rsidRDefault="00000000">
      <w:pPr>
        <w:spacing w:after="60" w:line="240" w:lineRule="auto"/>
        <w:rPr>
          <w:szCs w:val="18"/>
        </w:rPr>
      </w:pPr>
      <w:r w:rsidRPr="002F499A">
        <w:rPr>
          <w:szCs w:val="18"/>
        </w:rPr>
        <w:t>Christopher &amp; Kimberly M Chisholm, dba Wolf Camp, the Wolf College, Blue Skye Farm and School of Natural Science, all hereinafter known as Wolf Camp, cannot guarantee that the risks listed or implied herein won’t occur. So in consideration of services of Wolf Camp, its owners, officers, agents, employees, assistants and all other persons or entities associated with this business - including third parties such as collaborators, financial contributors, and host sites / land owners and renters upon whose property this business conducts programs like the Conservation College, WA State Parks, WA DNR, WDFW, city parks, private farms and camp- grounds, etc. along with their officers, elected officials, agents and employees (hereafter known as Third Parties) - I agree as follows:</w:t>
      </w:r>
    </w:p>
    <w:p w14:paraId="13EB63EF" w14:textId="42A7B9BD" w:rsidR="00340B62" w:rsidRPr="002F499A" w:rsidRDefault="00000000">
      <w:pPr>
        <w:spacing w:after="60" w:line="240" w:lineRule="auto"/>
        <w:rPr>
          <w:szCs w:val="18"/>
        </w:rPr>
      </w:pPr>
      <w:r w:rsidRPr="002F499A">
        <w:rPr>
          <w:szCs w:val="18"/>
        </w:rPr>
        <w:t xml:space="preserve">Although Wolf Camp will take reasonable steps to provide me (or my child) with appropriate support and security, certain risks cannot be eliminated without compromising the educational character of Wolf Camp programs. The same elements that contribute to this educational character can be causes of loss or damage to equipment, accidental injury or illness, or in extreme cases, permanent trauma, illness or death. I understand since its legal founding, Wolf Camp participants have experienced cuts, bruises, burns, concussion, broken bones, sprained knees and ankles, likely infections, illness including appendicitis, heat exhaustion, and </w:t>
      </w:r>
      <w:r w:rsidR="00336004" w:rsidRPr="002F499A">
        <w:rPr>
          <w:szCs w:val="18"/>
        </w:rPr>
        <w:t>sometimes</w:t>
      </w:r>
      <w:r w:rsidRPr="002F499A">
        <w:rPr>
          <w:szCs w:val="18"/>
        </w:rPr>
        <w:t xml:space="preserve"> some tears, despite the best efforts by staff to attend to the physical, emotional, mental, and social needs of participants. In group teaching situations, it is impossible to prevent discomfort and even trauma in every circumstance, even though it is a top priority. I trust that Wolf Camp staff wants me (or my child) to become a healthier person, but </w:t>
      </w:r>
      <w:proofErr w:type="gramStart"/>
      <w:r w:rsidRPr="002F499A">
        <w:rPr>
          <w:szCs w:val="18"/>
        </w:rPr>
        <w:t>in order to</w:t>
      </w:r>
      <w:proofErr w:type="gramEnd"/>
      <w:r w:rsidRPr="002F499A">
        <w:rPr>
          <w:szCs w:val="18"/>
        </w:rPr>
        <w:t xml:space="preserve"> facilitate the kind of education Wolf Camp intends, I agree to waive all claims of liability on the part of Wolf Camp and its Third Parties.</w:t>
      </w:r>
    </w:p>
    <w:p w14:paraId="4865771B" w14:textId="77777777" w:rsidR="00340B62" w:rsidRPr="002F499A" w:rsidRDefault="00000000">
      <w:pPr>
        <w:spacing w:after="60" w:line="240" w:lineRule="auto"/>
        <w:rPr>
          <w:szCs w:val="18"/>
        </w:rPr>
      </w:pPr>
      <w:r w:rsidRPr="002F499A">
        <w:rPr>
          <w:szCs w:val="18"/>
        </w:rPr>
        <w:t xml:space="preserve">The lands and facilities that Wolf Camp utilize may be natural areas next to wilderness, and services can be few. Participants living in tents and in the open may be exposed to weather, venomous and wild animals, human intruders and all hazards common to living. As anywhere, the services provided, including sanitary facilities, drinking water, kitchen and food services at Wolf Camp programs are susceptible to contamination. Those who participate in Wolf Camp programs and assist in camp maintenance, food preparation and clean-up do so in good faith but assume no responsibility for accidental or incidental illness or injury that may result. Fires, knapping pit, weapons/archery range, farm animal areas, sharp tools, hazardous plants, boats, water, vehicles and other hazards expose participants to risk. There are times when participants </w:t>
      </w:r>
      <w:proofErr w:type="gramStart"/>
      <w:r w:rsidRPr="002F499A">
        <w:rPr>
          <w:szCs w:val="18"/>
        </w:rPr>
        <w:t>are able to</w:t>
      </w:r>
      <w:proofErr w:type="gramEnd"/>
      <w:r w:rsidRPr="002F499A">
        <w:rPr>
          <w:szCs w:val="18"/>
        </w:rPr>
        <w:t xml:space="preserve"> range freely within designated boundaries, go alone to their study site, pet animals, play in wooded areas which have limited visual perspective, and participate in supervised swimming and boating.</w:t>
      </w:r>
    </w:p>
    <w:p w14:paraId="779711E2" w14:textId="77777777" w:rsidR="00340B62" w:rsidRPr="002F499A" w:rsidRDefault="00000000">
      <w:pPr>
        <w:spacing w:after="60" w:line="240" w:lineRule="auto"/>
        <w:rPr>
          <w:szCs w:val="18"/>
        </w:rPr>
      </w:pPr>
      <w:r w:rsidRPr="002F499A">
        <w:rPr>
          <w:szCs w:val="18"/>
        </w:rPr>
        <w:t xml:space="preserve">Wolf Camp owners and staff, paid and volunteer, offer their services to make programs wonderful. However, I agree they are not responsible for accidents, injuries, illnesses or losses that may come </w:t>
      </w:r>
      <w:proofErr w:type="gramStart"/>
      <w:r w:rsidRPr="002F499A">
        <w:rPr>
          <w:szCs w:val="18"/>
        </w:rPr>
        <w:t>as a result of</w:t>
      </w:r>
      <w:proofErr w:type="gramEnd"/>
      <w:r w:rsidRPr="002F499A">
        <w:rPr>
          <w:szCs w:val="18"/>
        </w:rPr>
        <w:t xml:space="preserve"> my (child’s) participation. I understand that the description of risks is not complete and that other unknown or unanticipated risks may result in loss, injury or death. I agree to assume responsibility for all risks, even those not identified herein. My (child’s) participation in Wolf Camp activities is purely voluntary. By signing below, I elect to participate </w:t>
      </w:r>
      <w:proofErr w:type="gramStart"/>
      <w:r w:rsidRPr="002F499A">
        <w:rPr>
          <w:szCs w:val="18"/>
        </w:rPr>
        <w:t>in spite of</w:t>
      </w:r>
      <w:proofErr w:type="gramEnd"/>
      <w:r w:rsidRPr="002F499A">
        <w:rPr>
          <w:szCs w:val="18"/>
        </w:rPr>
        <w:t xml:space="preserve"> the risks, listed or implied or not, and I waive all legal claims against Wolf Camp and its Third Parties. I assume full responsibility for all costs resulting from all losses and expenses thereof, whether resulting from evacuation, transport, treatment, future effect or otherwise. I have read, understood, and accepted the terms and conditions stated herein and acknowledge that this participation agreement, assumption of risk, and waiver of liability shall be effective and binding upon myself, all family members, heirs, assigns, personal representatives, estates, interested friends and partners.</w:t>
      </w:r>
    </w:p>
    <w:p w14:paraId="79960B73" w14:textId="77777777" w:rsidR="00340B62" w:rsidRPr="002F499A" w:rsidRDefault="00000000">
      <w:pPr>
        <w:spacing w:after="60" w:line="240" w:lineRule="auto"/>
        <w:rPr>
          <w:szCs w:val="18"/>
        </w:rPr>
      </w:pPr>
      <w:r w:rsidRPr="002F499A">
        <w:rPr>
          <w:b/>
          <w:szCs w:val="18"/>
        </w:rPr>
        <w:t>Health Insurance &amp; Medical Treatment:</w:t>
      </w:r>
      <w:r w:rsidRPr="002F499A">
        <w:rPr>
          <w:szCs w:val="18"/>
        </w:rPr>
        <w:t xml:space="preserve"> I certify that the applicant named on this form is capable of participating in this activity, and that she/he/they </w:t>
      </w:r>
      <w:proofErr w:type="gramStart"/>
      <w:r w:rsidRPr="002F499A">
        <w:rPr>
          <w:szCs w:val="18"/>
        </w:rPr>
        <w:t>has</w:t>
      </w:r>
      <w:proofErr w:type="gramEnd"/>
      <w:r w:rsidRPr="002F499A">
        <w:rPr>
          <w:szCs w:val="18"/>
        </w:rPr>
        <w:t xml:space="preserve"> current, full medical coverage at all times while attending Wolf Camp activities with a deductible not to exceed $2,000 per incident and per year. I understand Wolf Camp can direct me to affordable temporary health insurance upon request. I give full consent (for my child) to receive medical treatment deemed necessary by those responsible, </w:t>
      </w:r>
      <w:proofErr w:type="gramStart"/>
      <w:r w:rsidRPr="002F499A">
        <w:rPr>
          <w:szCs w:val="18"/>
        </w:rPr>
        <w:t>whether or not</w:t>
      </w:r>
      <w:proofErr w:type="gramEnd"/>
      <w:r w:rsidRPr="002F499A">
        <w:rPr>
          <w:szCs w:val="18"/>
        </w:rPr>
        <w:t xml:space="preserve"> reasonable attempt made to inform next of kin is successful. I will assume full financial responsibility for any cost relating to any accident or injury that may occur while participating in Wolf Camp programs. I hold all people associated with Wolf Camp harmless for any loss, accident, injury or death that might occur, and I hereby agree to release and indemnify Wolf Camp and its Third Parties whatsoever, from any claims and/or damages arising out of my (child’s) participation. Qualified instructors, guides, and other facilitators associated with Wolf Camp may provide First Aid and CPR response to participants in case of injury or other health problems, including calling for professional medical assistance. I also understand that emergency medical response may not be readily available due to travel outside of 911 call areas. I agree to indicate on an attached paper any health care requests that may conflict with the training of Wolf Camp staff, and I understand that although efforts will be made to accommodate my attached requests, that persons responsible may nonetheless make “Good Samaritan” decisions that they deem best in health care situations.</w:t>
      </w:r>
    </w:p>
    <w:p w14:paraId="0C4240D4" w14:textId="5E5CC930" w:rsidR="00340B62" w:rsidRPr="002F499A" w:rsidRDefault="00000000">
      <w:pPr>
        <w:spacing w:after="60" w:line="240" w:lineRule="auto"/>
        <w:rPr>
          <w:szCs w:val="18"/>
        </w:rPr>
      </w:pPr>
      <w:r w:rsidRPr="002F499A">
        <w:rPr>
          <w:b/>
          <w:szCs w:val="18"/>
        </w:rPr>
        <w:t>Behavior &amp; Lost Items:</w:t>
      </w:r>
      <w:r w:rsidRPr="002F499A">
        <w:rPr>
          <w:szCs w:val="18"/>
        </w:rPr>
        <w:t xml:space="preserve"> I will not hold Wolf Camp, Third Parties, nor any program participant responsible for articles or personal belongings lost or damaged by any means (fire, theft, activities, laundry, etc.). I know that participants may be asked to leave at any time for inappropriate behavior, and no refund nor credit will be given for the portion of the program which is missed. I will be sure to read the behavioral agreements </w:t>
      </w:r>
      <w:r w:rsidR="00336004" w:rsidRPr="002F499A">
        <w:rPr>
          <w:szCs w:val="18"/>
        </w:rPr>
        <w:t xml:space="preserve">(to my child) </w:t>
      </w:r>
      <w:r w:rsidRPr="002F499A">
        <w:rPr>
          <w:szCs w:val="18"/>
        </w:rPr>
        <w:t xml:space="preserve">after </w:t>
      </w:r>
      <w:proofErr w:type="gramStart"/>
      <w:r w:rsidRPr="002F499A">
        <w:rPr>
          <w:szCs w:val="18"/>
        </w:rPr>
        <w:t>registering, or</w:t>
      </w:r>
      <w:proofErr w:type="gramEnd"/>
      <w:r w:rsidRPr="002F499A">
        <w:rPr>
          <w:szCs w:val="18"/>
        </w:rPr>
        <w:t xml:space="preserve"> view them meanwhile online. I also understand that people gathering as strangers in a common space bring with them their own politics, spirituality, and social behaviors, creating group dynamics that may be new. Wolf Camp encourages participants to be exposed to a variety of age-appropriate backgrounds, value systems and acceptable behaviors. I agree that I (and my child) will be respectful, tolerant and temperate in behaviors while participating in Wolf Camp activities. I also understand that unpredictability of human nature can’t guarantee a lack of incidents on the part of other participants.</w:t>
      </w:r>
    </w:p>
    <w:p w14:paraId="64BDB6D7" w14:textId="77777777" w:rsidR="00340B62" w:rsidRPr="002F499A" w:rsidRDefault="00000000">
      <w:pPr>
        <w:spacing w:after="60" w:line="240" w:lineRule="auto"/>
        <w:rPr>
          <w:szCs w:val="18"/>
        </w:rPr>
      </w:pPr>
      <w:r w:rsidRPr="002F499A">
        <w:rPr>
          <w:b/>
          <w:szCs w:val="18"/>
        </w:rPr>
        <w:t>Refund &amp; Suspension Policy:</w:t>
      </w:r>
      <w:r w:rsidRPr="002F499A">
        <w:rPr>
          <w:szCs w:val="18"/>
        </w:rPr>
        <w:t xml:space="preserve"> Deposits and payments are not refundable unless we don’t accept your application. If you cancel for any reason, you may receive a prorated credit good through the following calendar year on appropriate and available programs listed on our schedule, although an additional deposit is needed to secure your spot in the future program. If a program you sign up for is canceled and not rescheduled at a time you can attend, you may receive a full refund except in cases of natural (weather, geologic, wildfire, etc) disasters, grid failures, epidemics, government shutdowns, conflicts or curfews, or other unforeseen emergencies making it unsafe for staff and/or attendees to reach or use program locations, in which case all payments made will be held by us without expiration date for your future use in appropriate/available programs of your choice. Reasons include the expenditure of funds (property rentals, advertising, materials, admin staff time, etc.) long before programs take place, i.e. deposits make it feasible for Wolf Camp to schedule programs in the first place, but our mutually understood agreement is that Wolf Camp will run the program at the </w:t>
      </w:r>
      <w:r w:rsidRPr="002F499A">
        <w:rPr>
          <w:szCs w:val="18"/>
        </w:rPr>
        <w:lastRenderedPageBreak/>
        <w:t>safest available time in the future. Finally, no refund, nor credit, is given if a participant is asked to leave a program for inappropriateness as determined by our kids, youth and adult agreements for participation, so I commit to reading the agreements and (my child) adhering to them, taking full risk of (she/he/they) missing program time without refund.</w:t>
      </w:r>
    </w:p>
    <w:p w14:paraId="48CF2FE3" w14:textId="5FCA2DD2" w:rsidR="00A16894" w:rsidRPr="002F499A" w:rsidRDefault="00000000">
      <w:pPr>
        <w:spacing w:after="60" w:line="240" w:lineRule="auto"/>
        <w:rPr>
          <w:szCs w:val="18"/>
        </w:rPr>
      </w:pPr>
      <w:r w:rsidRPr="002F499A">
        <w:rPr>
          <w:b/>
          <w:szCs w:val="18"/>
        </w:rPr>
        <w:t>Photos, Video &amp; Recordings:</w:t>
      </w:r>
      <w:r w:rsidRPr="002F499A">
        <w:rPr>
          <w:szCs w:val="18"/>
        </w:rPr>
        <w:t xml:space="preserve"> I give permission for pictures, audio and video recordings (of my child) to be taken and for the sounds and images to be used for Wolf Camp advertisements, websites, social networking sites, and other program promotions or outreach, unless </w:t>
      </w:r>
      <w:r w:rsidR="00A16894" w:rsidRPr="002F499A">
        <w:rPr>
          <w:szCs w:val="18"/>
        </w:rPr>
        <w:t xml:space="preserve">this sentence is crossed out. Please note that we do try to notify participants or their parents </w:t>
      </w:r>
      <w:r w:rsidR="00515722" w:rsidRPr="002F499A">
        <w:rPr>
          <w:szCs w:val="18"/>
        </w:rPr>
        <w:t xml:space="preserve">for opt-out option </w:t>
      </w:r>
      <w:r w:rsidR="00A16894" w:rsidRPr="002F499A">
        <w:rPr>
          <w:szCs w:val="18"/>
        </w:rPr>
        <w:t xml:space="preserve">if images are </w:t>
      </w:r>
      <w:r w:rsidR="00515722" w:rsidRPr="002F499A">
        <w:rPr>
          <w:szCs w:val="18"/>
        </w:rPr>
        <w:t xml:space="preserve">selected for public </w:t>
      </w:r>
      <w:r w:rsidR="001459E2" w:rsidRPr="002F499A">
        <w:rPr>
          <w:szCs w:val="18"/>
        </w:rPr>
        <w:t>consumption</w:t>
      </w:r>
      <w:r w:rsidR="00A16894" w:rsidRPr="002F499A">
        <w:rPr>
          <w:szCs w:val="18"/>
        </w:rPr>
        <w:t xml:space="preserve">, and </w:t>
      </w:r>
      <w:r w:rsidR="00515722" w:rsidRPr="002F499A">
        <w:rPr>
          <w:szCs w:val="18"/>
        </w:rPr>
        <w:t xml:space="preserve">whether or not the previous sentence is crossed out, </w:t>
      </w:r>
      <w:r w:rsidR="00A16894" w:rsidRPr="002F499A">
        <w:rPr>
          <w:szCs w:val="18"/>
        </w:rPr>
        <w:t xml:space="preserve">we </w:t>
      </w:r>
      <w:r w:rsidR="00515722" w:rsidRPr="002F499A">
        <w:rPr>
          <w:szCs w:val="18"/>
        </w:rPr>
        <w:t>nonetheless</w:t>
      </w:r>
      <w:r w:rsidR="00A16894" w:rsidRPr="002F499A">
        <w:rPr>
          <w:szCs w:val="18"/>
        </w:rPr>
        <w:t xml:space="preserve"> take photos</w:t>
      </w:r>
      <w:r w:rsidR="00515722" w:rsidRPr="002F499A">
        <w:rPr>
          <w:szCs w:val="18"/>
        </w:rPr>
        <w:t>/videos</w:t>
      </w:r>
      <w:r w:rsidR="00A16894" w:rsidRPr="002F499A">
        <w:rPr>
          <w:szCs w:val="18"/>
        </w:rPr>
        <w:t xml:space="preserve"> of all </w:t>
      </w:r>
      <w:r w:rsidR="00515722" w:rsidRPr="002F499A">
        <w:rPr>
          <w:szCs w:val="18"/>
        </w:rPr>
        <w:t xml:space="preserve">program </w:t>
      </w:r>
      <w:r w:rsidR="00A16894" w:rsidRPr="002F499A">
        <w:rPr>
          <w:szCs w:val="18"/>
        </w:rPr>
        <w:t xml:space="preserve">participants </w:t>
      </w:r>
      <w:r w:rsidR="00515722" w:rsidRPr="002F499A">
        <w:rPr>
          <w:szCs w:val="18"/>
        </w:rPr>
        <w:t>which</w:t>
      </w:r>
      <w:r w:rsidR="00A16894" w:rsidRPr="002F499A">
        <w:rPr>
          <w:szCs w:val="18"/>
        </w:rPr>
        <w:t xml:space="preserve"> we compile into a private electronic folder with </w:t>
      </w:r>
      <w:r w:rsidR="00515722" w:rsidRPr="002F499A">
        <w:rPr>
          <w:szCs w:val="18"/>
        </w:rPr>
        <w:t xml:space="preserve">viewing </w:t>
      </w:r>
      <w:r w:rsidR="00A16894" w:rsidRPr="002F499A">
        <w:rPr>
          <w:szCs w:val="18"/>
        </w:rPr>
        <w:t>access restricted to Wolf Camp staff and participants in specific program group</w:t>
      </w:r>
      <w:r w:rsidR="00515722" w:rsidRPr="002F499A">
        <w:rPr>
          <w:szCs w:val="18"/>
        </w:rPr>
        <w:t>s</w:t>
      </w:r>
      <w:r w:rsidR="00A16894" w:rsidRPr="002F499A">
        <w:rPr>
          <w:szCs w:val="18"/>
        </w:rPr>
        <w:t xml:space="preserve"> - usually about 12 participants per group</w:t>
      </w:r>
      <w:r w:rsidR="00515722" w:rsidRPr="002F499A">
        <w:rPr>
          <w:szCs w:val="18"/>
        </w:rPr>
        <w:t xml:space="preserve">, although some photos may include all groups </w:t>
      </w:r>
      <w:r w:rsidR="001459E2" w:rsidRPr="002F499A">
        <w:rPr>
          <w:szCs w:val="18"/>
        </w:rPr>
        <w:t xml:space="preserve">attending on the same site at the same time, </w:t>
      </w:r>
      <w:r w:rsidR="00515722" w:rsidRPr="002F499A">
        <w:rPr>
          <w:szCs w:val="18"/>
        </w:rPr>
        <w:t xml:space="preserve">and </w:t>
      </w:r>
      <w:r w:rsidR="001459E2" w:rsidRPr="002F499A">
        <w:rPr>
          <w:szCs w:val="18"/>
        </w:rPr>
        <w:t>therefore b</w:t>
      </w:r>
      <w:r w:rsidR="00515722" w:rsidRPr="002F499A">
        <w:rPr>
          <w:szCs w:val="18"/>
        </w:rPr>
        <w:t xml:space="preserve">e shared with all </w:t>
      </w:r>
      <w:r w:rsidR="001459E2" w:rsidRPr="002F499A">
        <w:rPr>
          <w:szCs w:val="18"/>
        </w:rPr>
        <w:t xml:space="preserve">the </w:t>
      </w:r>
      <w:r w:rsidR="00515722" w:rsidRPr="002F499A">
        <w:rPr>
          <w:szCs w:val="18"/>
        </w:rPr>
        <w:t>participants</w:t>
      </w:r>
      <w:r w:rsidR="001459E2" w:rsidRPr="002F499A">
        <w:rPr>
          <w:szCs w:val="18"/>
        </w:rPr>
        <w:t xml:space="preserve"> in their private group folders</w:t>
      </w:r>
      <w:r w:rsidR="00A16894" w:rsidRPr="002F499A">
        <w:rPr>
          <w:szCs w:val="18"/>
        </w:rPr>
        <w:t xml:space="preserve">. </w:t>
      </w:r>
      <w:r w:rsidR="00515722" w:rsidRPr="002F499A">
        <w:rPr>
          <w:szCs w:val="18"/>
        </w:rPr>
        <w:t>By signing below, I affirm that I will keep private any images of other participants that are shared with me unless I am granted written permission from those participants or Wolf Camp directors.</w:t>
      </w:r>
    </w:p>
    <w:p w14:paraId="5D1C4E4A" w14:textId="7139CE3E" w:rsidR="00340B62" w:rsidRPr="002F499A" w:rsidRDefault="00000000">
      <w:pPr>
        <w:spacing w:after="60" w:line="240" w:lineRule="auto"/>
        <w:rPr>
          <w:b/>
          <w:bCs/>
          <w:szCs w:val="18"/>
        </w:rPr>
      </w:pPr>
      <w:r w:rsidRPr="002F499A">
        <w:rPr>
          <w:b/>
          <w:bCs/>
          <w:szCs w:val="18"/>
        </w:rPr>
        <w:t>In consideration of all statements made on all pages of this release, and not relying on any other information stated or published by Wolf Camp or any other entity that may or may not contradict statements on these pages, I wish to (have my child) participate in the Wolf Camp activities indicated on this form or implied through program payments</w:t>
      </w:r>
      <w:r w:rsidR="00A16894" w:rsidRPr="002F499A">
        <w:rPr>
          <w:b/>
          <w:bCs/>
          <w:szCs w:val="18"/>
        </w:rPr>
        <w:t>.</w:t>
      </w:r>
    </w:p>
    <w:p w14:paraId="21F45436" w14:textId="45CB28CD" w:rsidR="00340B62" w:rsidRDefault="00000000">
      <w:pPr>
        <w:pStyle w:val="Heading2"/>
        <w:spacing w:before="160" w:after="80"/>
      </w:pPr>
      <w:r>
        <w:rPr>
          <w:rFonts w:ascii="Arial" w:eastAsia="Arial" w:hAnsi="Arial"/>
          <w:sz w:val="22"/>
        </w:rPr>
        <w:t xml:space="preserve">Waiver </w:t>
      </w:r>
      <w:r w:rsidR="00336004">
        <w:rPr>
          <w:rFonts w:ascii="Arial" w:eastAsia="Arial" w:hAnsi="Arial"/>
          <w:sz w:val="22"/>
        </w:rPr>
        <w:t xml:space="preserve">Agreement </w:t>
      </w:r>
      <w:r>
        <w:rPr>
          <w:rFonts w:ascii="Arial" w:eastAsia="Arial" w:hAnsi="Arial"/>
          <w:sz w:val="22"/>
        </w:rPr>
        <w:t>Signature</w:t>
      </w:r>
      <w:r w:rsidR="00336004">
        <w:rPr>
          <w:rFonts w:ascii="Arial" w:eastAsia="Arial" w:hAnsi="Arial"/>
          <w:sz w:val="22"/>
        </w:rPr>
        <w:t>(</w:t>
      </w:r>
      <w:r>
        <w:rPr>
          <w:rFonts w:ascii="Arial" w:eastAsia="Arial" w:hAnsi="Arial"/>
          <w:sz w:val="22"/>
        </w:rPr>
        <w:t>s</w:t>
      </w:r>
      <w:r w:rsidR="00336004">
        <w:rPr>
          <w:rFonts w:ascii="Arial" w:eastAsia="Arial" w:hAnsi="Arial"/>
          <w:sz w:val="22"/>
        </w:rPr>
        <w:t>)</w:t>
      </w:r>
    </w:p>
    <w:tbl>
      <w:tblPr>
        <w:tblW w:w="0" w:type="auto"/>
        <w:jc w:val="center"/>
        <w:tblLayout w:type="fixed"/>
        <w:tblLook w:val="04A0" w:firstRow="1" w:lastRow="0" w:firstColumn="1" w:lastColumn="0" w:noHBand="0" w:noVBand="1"/>
      </w:tblPr>
      <w:tblGrid>
        <w:gridCol w:w="3240"/>
        <w:gridCol w:w="7128"/>
      </w:tblGrid>
      <w:tr w:rsidR="00340B62" w14:paraId="1F5689B7"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354F619A" w14:textId="77777777" w:rsidR="00340B62" w:rsidRPr="002F499A" w:rsidRDefault="00000000">
            <w:pPr>
              <w:spacing w:after="0"/>
              <w:rPr>
                <w:szCs w:val="18"/>
              </w:rPr>
            </w:pPr>
            <w:r w:rsidRPr="002F499A">
              <w:rPr>
                <w:b/>
                <w:szCs w:val="18"/>
              </w:rPr>
              <w:t>Signature of Applicant if of age to understand both pages</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41601D73" w14:textId="7DDFB139" w:rsidR="00340B62" w:rsidRDefault="00000000">
            <w:pPr>
              <w:spacing w:after="0"/>
            </w:pPr>
            <w:sdt>
              <w:sdtPr>
                <w:alias w:val="WAIVER_APPLICANT_SIGNATURE"/>
                <w:tag w:val="WAIVER_APPLICANT_SIGNATURE"/>
                <w:id w:val="2075625680"/>
                <w:showingPlcHdr/>
                <w:text/>
              </w:sdtPr>
              <w:sdtContent>
                <w:r w:rsidR="007734D8">
                  <w:t xml:space="preserve">     </w:t>
                </w:r>
              </w:sdtContent>
            </w:sdt>
          </w:p>
        </w:tc>
      </w:tr>
      <w:tr w:rsidR="00340B62" w14:paraId="2AD85C1E"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55EDE927" w14:textId="77777777" w:rsidR="00340B62" w:rsidRPr="002F499A" w:rsidRDefault="00000000">
            <w:pPr>
              <w:spacing w:after="0"/>
              <w:rPr>
                <w:szCs w:val="18"/>
              </w:rPr>
            </w:pPr>
            <w:r w:rsidRPr="002F499A">
              <w:rPr>
                <w:b/>
                <w:szCs w:val="18"/>
              </w:rPr>
              <w:t>Date</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23165570" w14:textId="28A33255" w:rsidR="00340B62" w:rsidRDefault="00000000">
            <w:pPr>
              <w:spacing w:after="0"/>
            </w:pPr>
            <w:sdt>
              <w:sdtPr>
                <w:alias w:val="WAIVER_APPLICANT_DATE"/>
                <w:tag w:val="WAIVER_APPLICANT_DATE"/>
                <w:id w:val="-80303928"/>
                <w:showingPlcHdr/>
                <w:text/>
              </w:sdtPr>
              <w:sdtContent>
                <w:r w:rsidR="007734D8">
                  <w:t xml:space="preserve">     </w:t>
                </w:r>
              </w:sdtContent>
            </w:sdt>
          </w:p>
        </w:tc>
      </w:tr>
      <w:tr w:rsidR="00340B62" w14:paraId="48A17A95"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4952A7BD" w14:textId="7B7E6200" w:rsidR="00340B62" w:rsidRPr="002F499A" w:rsidRDefault="007734D8">
            <w:pPr>
              <w:spacing w:after="0"/>
              <w:rPr>
                <w:szCs w:val="18"/>
              </w:rPr>
            </w:pPr>
            <w:r w:rsidRPr="002F499A">
              <w:rPr>
                <w:b/>
                <w:szCs w:val="18"/>
              </w:rPr>
              <w:t>*Signature of Parent or Legal Guardian for dependents</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02F9EA63" w14:textId="1793EF20" w:rsidR="00340B62" w:rsidRDefault="00000000">
            <w:pPr>
              <w:spacing w:after="0"/>
            </w:pPr>
            <w:sdt>
              <w:sdtPr>
                <w:alias w:val="WAIVER_GUARDIAN_SIGNATURE"/>
                <w:tag w:val="WAIVER_GUARDIAN_SIGNATURE"/>
                <w:id w:val="1542092249"/>
                <w:showingPlcHdr/>
                <w:text/>
              </w:sdtPr>
              <w:sdtContent>
                <w:r w:rsidR="007734D8">
                  <w:t xml:space="preserve">     </w:t>
                </w:r>
              </w:sdtContent>
            </w:sdt>
          </w:p>
        </w:tc>
      </w:tr>
      <w:tr w:rsidR="00340B62" w14:paraId="4DC8378E"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75E87CD2" w14:textId="77777777" w:rsidR="00340B62" w:rsidRPr="002F499A" w:rsidRDefault="00000000">
            <w:pPr>
              <w:spacing w:after="0"/>
              <w:rPr>
                <w:szCs w:val="18"/>
              </w:rPr>
            </w:pPr>
            <w:r w:rsidRPr="002F499A">
              <w:rPr>
                <w:b/>
                <w:szCs w:val="18"/>
              </w:rPr>
              <w:t>Date</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73097B33" w14:textId="6C39A344" w:rsidR="00340B62" w:rsidRDefault="00000000">
            <w:pPr>
              <w:spacing w:after="0"/>
            </w:pPr>
            <w:sdt>
              <w:sdtPr>
                <w:alias w:val="WAIVER_GUARDIAN_DATE"/>
                <w:tag w:val="WAIVER_GUARDIAN_DATE"/>
                <w:id w:val="1411127650"/>
                <w:showingPlcHdr/>
                <w:text/>
              </w:sdtPr>
              <w:sdtContent>
                <w:r w:rsidR="007734D8">
                  <w:t xml:space="preserve">     </w:t>
                </w:r>
              </w:sdtContent>
            </w:sdt>
          </w:p>
        </w:tc>
      </w:tr>
    </w:tbl>
    <w:p w14:paraId="15082F4F" w14:textId="621DE7D0" w:rsidR="00340B62" w:rsidRPr="002F499A" w:rsidRDefault="007734D8">
      <w:pPr>
        <w:spacing w:before="20" w:after="40"/>
        <w:rPr>
          <w:b/>
          <w:bCs/>
          <w:szCs w:val="18"/>
        </w:rPr>
      </w:pPr>
      <w:r w:rsidRPr="002F499A">
        <w:rPr>
          <w:b/>
          <w:bCs/>
          <w:szCs w:val="18"/>
        </w:rPr>
        <w:t>*If “signing” electronically, paste your signature or type your legal first, full middle and last name.</w:t>
      </w:r>
    </w:p>
    <w:p w14:paraId="5AD5F5DB" w14:textId="77777777" w:rsidR="00340B62" w:rsidRDefault="00000000">
      <w:r>
        <w:br w:type="page"/>
      </w:r>
    </w:p>
    <w:p w14:paraId="4A93D81C" w14:textId="77777777" w:rsidR="00340B62" w:rsidRDefault="00000000">
      <w:pPr>
        <w:pStyle w:val="Heading2"/>
        <w:spacing w:before="160" w:after="80"/>
      </w:pPr>
      <w:r>
        <w:rPr>
          <w:rFonts w:ascii="Arial" w:eastAsia="Arial" w:hAnsi="Arial"/>
          <w:sz w:val="22"/>
        </w:rPr>
        <w:lastRenderedPageBreak/>
        <w:t>8. New Participant Questionnaire</w:t>
      </w:r>
    </w:p>
    <w:p w14:paraId="0E78FCD0" w14:textId="52875DB3" w:rsidR="00AA4053" w:rsidRPr="002F499A" w:rsidRDefault="00000000">
      <w:pPr>
        <w:spacing w:before="20" w:after="40"/>
        <w:rPr>
          <w:szCs w:val="18"/>
        </w:rPr>
      </w:pPr>
      <w:r w:rsidRPr="002F499A">
        <w:rPr>
          <w:szCs w:val="18"/>
        </w:rPr>
        <w:t>Full-sentence answers to all questions are required. If registering children, complete this section together with them and have them write answers if capable.</w:t>
      </w:r>
    </w:p>
    <w:tbl>
      <w:tblPr>
        <w:tblW w:w="0" w:type="auto"/>
        <w:jc w:val="center"/>
        <w:tblLayout w:type="fixed"/>
        <w:tblLook w:val="04A0" w:firstRow="1" w:lastRow="0" w:firstColumn="1" w:lastColumn="0" w:noHBand="0" w:noVBand="1"/>
      </w:tblPr>
      <w:tblGrid>
        <w:gridCol w:w="3240"/>
        <w:gridCol w:w="7128"/>
      </w:tblGrid>
      <w:tr w:rsidR="00340B62" w14:paraId="5D3BBBEA"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54CF960B" w14:textId="77777777" w:rsidR="00340B62" w:rsidRPr="002F499A" w:rsidRDefault="00000000">
            <w:pPr>
              <w:spacing w:after="0"/>
              <w:rPr>
                <w:szCs w:val="18"/>
              </w:rPr>
            </w:pPr>
            <w:r w:rsidRPr="002F499A">
              <w:rPr>
                <w:b/>
                <w:szCs w:val="18"/>
              </w:rPr>
              <w:t>Participant Name</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3ABC19EF" w14:textId="7D2D300C" w:rsidR="00340B62" w:rsidRDefault="00000000">
            <w:pPr>
              <w:spacing w:after="0"/>
            </w:pPr>
            <w:sdt>
              <w:sdtPr>
                <w:alias w:val="QUESTIONNAIRE_PARTICIPANT_NAME"/>
                <w:tag w:val="QUESTIONNAIRE_PARTICIPANT_NAME"/>
                <w:id w:val="86114134"/>
                <w:showingPlcHdr/>
                <w:text/>
              </w:sdtPr>
              <w:sdtContent>
                <w:r w:rsidR="00336004">
                  <w:t xml:space="preserve">     </w:t>
                </w:r>
              </w:sdtContent>
            </w:sdt>
          </w:p>
        </w:tc>
      </w:tr>
      <w:tr w:rsidR="00340B62" w14:paraId="224B1FC9"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57A4F4E5" w14:textId="77777777" w:rsidR="00340B62" w:rsidRPr="002F499A" w:rsidRDefault="00000000">
            <w:pPr>
              <w:spacing w:after="0"/>
              <w:rPr>
                <w:szCs w:val="18"/>
              </w:rPr>
            </w:pPr>
            <w:r w:rsidRPr="002F499A">
              <w:rPr>
                <w:b/>
                <w:szCs w:val="18"/>
              </w:rPr>
              <w:t>Parent/Guardian if under 18</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6E53DCD1" w14:textId="14A1D859" w:rsidR="00340B62" w:rsidRDefault="00000000">
            <w:pPr>
              <w:spacing w:after="0"/>
            </w:pPr>
            <w:sdt>
              <w:sdtPr>
                <w:alias w:val="QUESTIONNAIRE_GUARDIAN"/>
                <w:tag w:val="QUESTIONNAIRE_GUARDIAN"/>
                <w:id w:val="-261919567"/>
                <w:showingPlcHdr/>
                <w:text/>
              </w:sdtPr>
              <w:sdtContent>
                <w:r w:rsidR="00336004">
                  <w:t xml:space="preserve">     </w:t>
                </w:r>
              </w:sdtContent>
            </w:sdt>
          </w:p>
        </w:tc>
      </w:tr>
    </w:tbl>
    <w:p w14:paraId="370F1E0A" w14:textId="5318B76C" w:rsidR="00340B62" w:rsidRDefault="00000000">
      <w:pPr>
        <w:keepNext/>
        <w:spacing w:before="60" w:after="20"/>
      </w:pPr>
      <w:r w:rsidRPr="002F499A">
        <w:rPr>
          <w:b/>
          <w:szCs w:val="18"/>
        </w:rPr>
        <w:t xml:space="preserve">Why did you choose Wolf Camp &amp; School of Natural Science and what are your </w:t>
      </w:r>
      <w:r w:rsidR="00AA4053" w:rsidRPr="002F499A">
        <w:rPr>
          <w:b/>
          <w:szCs w:val="18"/>
        </w:rPr>
        <w:t xml:space="preserve">(child’s) </w:t>
      </w:r>
      <w:r w:rsidRPr="002F499A">
        <w:rPr>
          <w:b/>
          <w:szCs w:val="18"/>
        </w:rPr>
        <w:t>goals for attending?</w:t>
      </w:r>
      <w:r>
        <w:rPr>
          <w:i/>
          <w:sz w:val="15"/>
        </w:rPr>
        <w:t xml:space="preserve"> </w:t>
      </w:r>
      <w:r w:rsidR="00336004" w:rsidRPr="002F499A">
        <w:rPr>
          <w:i/>
          <w:sz w:val="16"/>
          <w:szCs w:val="16"/>
        </w:rPr>
        <w:t>S</w:t>
      </w:r>
      <w:r w:rsidRPr="002F499A">
        <w:rPr>
          <w:i/>
          <w:sz w:val="16"/>
          <w:szCs w:val="16"/>
        </w:rPr>
        <w:t xml:space="preserve">kills </w:t>
      </w:r>
      <w:r w:rsidR="00336004" w:rsidRPr="002F499A">
        <w:rPr>
          <w:i/>
          <w:sz w:val="16"/>
          <w:szCs w:val="16"/>
        </w:rPr>
        <w:t xml:space="preserve">or activities </w:t>
      </w:r>
      <w:r w:rsidRPr="002F499A">
        <w:rPr>
          <w:i/>
          <w:sz w:val="16"/>
          <w:szCs w:val="16"/>
        </w:rPr>
        <w:t xml:space="preserve">you most want to </w:t>
      </w:r>
      <w:r w:rsidR="00336004" w:rsidRPr="002F499A">
        <w:rPr>
          <w:i/>
          <w:sz w:val="16"/>
          <w:szCs w:val="16"/>
        </w:rPr>
        <w:t>do/</w:t>
      </w:r>
      <w:r w:rsidRPr="002F499A">
        <w:rPr>
          <w:i/>
          <w:sz w:val="16"/>
          <w:szCs w:val="16"/>
        </w:rPr>
        <w:t>learn</w:t>
      </w:r>
      <w:r w:rsidR="00336004" w:rsidRPr="002F499A">
        <w:rPr>
          <w:i/>
          <w:sz w:val="16"/>
          <w:szCs w:val="16"/>
        </w:rPr>
        <w:t xml:space="preserve"> at camp, </w:t>
      </w:r>
      <w:r w:rsidR="00AA4053" w:rsidRPr="002F499A">
        <w:rPr>
          <w:i/>
          <w:sz w:val="16"/>
          <w:szCs w:val="16"/>
        </w:rPr>
        <w:t xml:space="preserve">or think Wolf Camp sounds fun, </w:t>
      </w:r>
      <w:r w:rsidR="00336004" w:rsidRPr="002F499A">
        <w:rPr>
          <w:i/>
          <w:sz w:val="16"/>
          <w:szCs w:val="16"/>
        </w:rPr>
        <w:t>or attending to be with a friend or mee</w:t>
      </w:r>
      <w:r w:rsidR="00AA4053" w:rsidRPr="002F499A">
        <w:rPr>
          <w:i/>
          <w:sz w:val="16"/>
          <w:szCs w:val="16"/>
        </w:rPr>
        <w:t>t</w:t>
      </w:r>
      <w:r w:rsidR="00336004" w:rsidRPr="002F499A">
        <w:rPr>
          <w:i/>
          <w:sz w:val="16"/>
          <w:szCs w:val="16"/>
        </w:rPr>
        <w:t xml:space="preserve"> like-minded people, etc.</w:t>
      </w:r>
    </w:p>
    <w:tbl>
      <w:tblPr>
        <w:tblW w:w="0" w:type="auto"/>
        <w:tblLayout w:type="fixed"/>
        <w:tblLook w:val="04A0" w:firstRow="1" w:lastRow="0" w:firstColumn="1" w:lastColumn="0" w:noHBand="0" w:noVBand="1"/>
      </w:tblPr>
      <w:tblGrid>
        <w:gridCol w:w="10368"/>
      </w:tblGrid>
      <w:tr w:rsidR="00340B62" w14:paraId="7BFBE341"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53A75820" w14:textId="031B1743" w:rsidR="00340B62" w:rsidRDefault="00000000">
            <w:pPr>
              <w:spacing w:after="0"/>
            </w:pPr>
            <w:sdt>
              <w:sdtPr>
                <w:alias w:val="WHAT_PROBLEMS_OR_CONFLICTS_SOMETIMES_COM"/>
                <w:tag w:val="WHAT_PROBLEMS_OR_CONFLICTS_SOMETIMES_COM"/>
                <w:id w:val="-511454831"/>
                <w:text/>
              </w:sdtPr>
              <w:sdtContent>
                <w:r w:rsidR="00110CBA">
                  <w:t>Type details here</w:t>
                </w:r>
              </w:sdtContent>
            </w:sdt>
          </w:p>
          <w:p w14:paraId="55EC9632" w14:textId="77777777" w:rsidR="00340B62" w:rsidRDefault="00340B62">
            <w:pPr>
              <w:spacing w:after="0"/>
            </w:pPr>
          </w:p>
          <w:p w14:paraId="704ADC72" w14:textId="77777777" w:rsidR="00340B62" w:rsidRDefault="00340B62">
            <w:pPr>
              <w:spacing w:after="0"/>
            </w:pPr>
          </w:p>
          <w:p w14:paraId="02F7EAEB" w14:textId="77777777" w:rsidR="00340B62" w:rsidRDefault="00340B62">
            <w:pPr>
              <w:spacing w:after="0"/>
            </w:pPr>
          </w:p>
        </w:tc>
      </w:tr>
    </w:tbl>
    <w:p w14:paraId="094A2310" w14:textId="593C24E1" w:rsidR="00340B62" w:rsidRPr="002F499A" w:rsidRDefault="00000000">
      <w:pPr>
        <w:keepNext/>
        <w:spacing w:before="60" w:after="20"/>
        <w:rPr>
          <w:szCs w:val="18"/>
        </w:rPr>
      </w:pPr>
      <w:r w:rsidRPr="002F499A">
        <w:rPr>
          <w:b/>
          <w:szCs w:val="18"/>
        </w:rPr>
        <w:t xml:space="preserve">Describe </w:t>
      </w:r>
      <w:r w:rsidR="00AA4053" w:rsidRPr="002F499A">
        <w:rPr>
          <w:b/>
          <w:szCs w:val="18"/>
        </w:rPr>
        <w:t>your (child’s)</w:t>
      </w:r>
      <w:r w:rsidRPr="002F499A">
        <w:rPr>
          <w:b/>
          <w:szCs w:val="18"/>
        </w:rPr>
        <w:t xml:space="preserve"> most positive learning experience. What made it positive, and what should happen for more students to enjoy learning?</w:t>
      </w:r>
    </w:p>
    <w:tbl>
      <w:tblPr>
        <w:tblW w:w="0" w:type="auto"/>
        <w:tblLayout w:type="fixed"/>
        <w:tblLook w:val="04A0" w:firstRow="1" w:lastRow="0" w:firstColumn="1" w:lastColumn="0" w:noHBand="0" w:noVBand="1"/>
      </w:tblPr>
      <w:tblGrid>
        <w:gridCol w:w="10368"/>
      </w:tblGrid>
      <w:tr w:rsidR="00340B62" w14:paraId="7397157E"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7C2FDD2C" w14:textId="415815D2" w:rsidR="00340B62" w:rsidRDefault="00000000">
            <w:pPr>
              <w:spacing w:after="0"/>
            </w:pPr>
            <w:sdt>
              <w:sdtPr>
                <w:alias w:val="DESCRIBE_THE_PARTICIPANT_S_MOST_POSITIVE"/>
                <w:tag w:val="DESCRIBE_THE_PARTICIPANT_S_MOST_POSITIVE"/>
                <w:id w:val="-236705480"/>
                <w:text/>
              </w:sdtPr>
              <w:sdtContent>
                <w:r w:rsidR="00AA4053">
                  <w:t>Type details here</w:t>
                </w:r>
              </w:sdtContent>
            </w:sdt>
          </w:p>
          <w:p w14:paraId="5344E24F" w14:textId="77777777" w:rsidR="00340B62" w:rsidRDefault="00340B62">
            <w:pPr>
              <w:spacing w:after="0"/>
            </w:pPr>
          </w:p>
          <w:p w14:paraId="14AADE2C" w14:textId="77777777" w:rsidR="00340B62" w:rsidRDefault="00340B62">
            <w:pPr>
              <w:spacing w:after="0"/>
            </w:pPr>
          </w:p>
          <w:p w14:paraId="7A19FFEB" w14:textId="77777777" w:rsidR="00340B62" w:rsidRDefault="00340B62">
            <w:pPr>
              <w:spacing w:after="0"/>
            </w:pPr>
          </w:p>
          <w:p w14:paraId="527BD494" w14:textId="77777777" w:rsidR="00340B62" w:rsidRDefault="00340B62">
            <w:pPr>
              <w:spacing w:after="0"/>
            </w:pPr>
          </w:p>
        </w:tc>
      </w:tr>
    </w:tbl>
    <w:p w14:paraId="062079EA" w14:textId="1070611E" w:rsidR="00340B62" w:rsidRDefault="00000000">
      <w:pPr>
        <w:keepNext/>
        <w:spacing w:before="60" w:after="20"/>
      </w:pPr>
      <w:r w:rsidRPr="002F499A">
        <w:rPr>
          <w:b/>
          <w:szCs w:val="18"/>
        </w:rPr>
        <w:t xml:space="preserve">What might be </w:t>
      </w:r>
      <w:r w:rsidR="00AA4053" w:rsidRPr="002F499A">
        <w:rPr>
          <w:b/>
          <w:szCs w:val="18"/>
        </w:rPr>
        <w:t>your (child’s)</w:t>
      </w:r>
      <w:r w:rsidRPr="002F499A">
        <w:rPr>
          <w:b/>
          <w:szCs w:val="18"/>
        </w:rPr>
        <w:t xml:space="preserve"> greatest contribution to camp?</w:t>
      </w:r>
      <w:r>
        <w:rPr>
          <w:i/>
          <w:sz w:val="15"/>
        </w:rPr>
        <w:t xml:space="preserve"> </w:t>
      </w:r>
      <w:r w:rsidRPr="002F499A">
        <w:rPr>
          <w:i/>
          <w:sz w:val="16"/>
          <w:szCs w:val="16"/>
        </w:rPr>
        <w:t xml:space="preserve">Helpfulness, inspiring others, </w:t>
      </w:r>
      <w:proofErr w:type="gramStart"/>
      <w:r w:rsidR="00AA4053" w:rsidRPr="002F499A">
        <w:rPr>
          <w:i/>
          <w:sz w:val="16"/>
          <w:szCs w:val="16"/>
        </w:rPr>
        <w:t>particular outdoor</w:t>
      </w:r>
      <w:proofErr w:type="gramEnd"/>
      <w:r w:rsidR="00AA4053" w:rsidRPr="002F499A">
        <w:rPr>
          <w:i/>
          <w:sz w:val="16"/>
          <w:szCs w:val="16"/>
        </w:rPr>
        <w:t xml:space="preserve"> or social </w:t>
      </w:r>
      <w:r w:rsidRPr="002F499A">
        <w:rPr>
          <w:i/>
          <w:sz w:val="16"/>
          <w:szCs w:val="16"/>
        </w:rPr>
        <w:t>skills, etc.</w:t>
      </w:r>
    </w:p>
    <w:tbl>
      <w:tblPr>
        <w:tblW w:w="0" w:type="auto"/>
        <w:tblLayout w:type="fixed"/>
        <w:tblLook w:val="04A0" w:firstRow="1" w:lastRow="0" w:firstColumn="1" w:lastColumn="0" w:noHBand="0" w:noVBand="1"/>
      </w:tblPr>
      <w:tblGrid>
        <w:gridCol w:w="10368"/>
      </w:tblGrid>
      <w:tr w:rsidR="00340B62" w14:paraId="467E1FF8"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26F1B224" w14:textId="6B49E0C5" w:rsidR="00340B62" w:rsidRDefault="00000000">
            <w:pPr>
              <w:spacing w:after="0"/>
            </w:pPr>
            <w:sdt>
              <w:sdtPr>
                <w:alias w:val="WHAT_MIGHT_BE_THE_PARTICIPANT_S_GREATEST"/>
                <w:tag w:val="WHAT_MIGHT_BE_THE_PARTICIPANT_S_GREATEST"/>
                <w:id w:val="-1995712948"/>
                <w:text/>
              </w:sdtPr>
              <w:sdtContent>
                <w:r w:rsidR="00AA4053">
                  <w:t>Type details here</w:t>
                </w:r>
              </w:sdtContent>
            </w:sdt>
          </w:p>
          <w:p w14:paraId="214BE865" w14:textId="77777777" w:rsidR="00340B62" w:rsidRDefault="00340B62">
            <w:pPr>
              <w:spacing w:after="0"/>
            </w:pPr>
          </w:p>
          <w:p w14:paraId="781F31F2" w14:textId="77777777" w:rsidR="00340B62" w:rsidRDefault="00340B62">
            <w:pPr>
              <w:spacing w:after="0"/>
            </w:pPr>
          </w:p>
          <w:p w14:paraId="5FCC0726" w14:textId="77777777" w:rsidR="00340B62" w:rsidRDefault="00340B62">
            <w:pPr>
              <w:spacing w:after="0"/>
            </w:pPr>
          </w:p>
          <w:p w14:paraId="313B2EC6" w14:textId="77777777" w:rsidR="00340B62" w:rsidRDefault="00340B62">
            <w:pPr>
              <w:spacing w:after="0"/>
            </w:pPr>
          </w:p>
        </w:tc>
      </w:tr>
    </w:tbl>
    <w:p w14:paraId="6F9D5637" w14:textId="77777777" w:rsidR="00340B62" w:rsidRDefault="00000000">
      <w:pPr>
        <w:keepNext/>
        <w:spacing w:before="60" w:after="20"/>
      </w:pPr>
      <w:r w:rsidRPr="002F499A">
        <w:rPr>
          <w:b/>
          <w:szCs w:val="18"/>
        </w:rPr>
        <w:t>What problems or conflicts sometimes come up with peers, teachers, or family that may surface at camp?</w:t>
      </w:r>
      <w:r w:rsidRPr="002F499A">
        <w:rPr>
          <w:i/>
          <w:sz w:val="16"/>
          <w:szCs w:val="16"/>
        </w:rPr>
        <w:t xml:space="preserve"> Include things that may affect mood, energy level, cooperation, etc.</w:t>
      </w:r>
    </w:p>
    <w:tbl>
      <w:tblPr>
        <w:tblW w:w="0" w:type="auto"/>
        <w:tblLayout w:type="fixed"/>
        <w:tblLook w:val="04A0" w:firstRow="1" w:lastRow="0" w:firstColumn="1" w:lastColumn="0" w:noHBand="0" w:noVBand="1"/>
      </w:tblPr>
      <w:tblGrid>
        <w:gridCol w:w="10368"/>
      </w:tblGrid>
      <w:tr w:rsidR="00340B62" w14:paraId="6F2DD046"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0201761E" w14:textId="0C40E15A" w:rsidR="00340B62" w:rsidRDefault="00000000">
            <w:pPr>
              <w:spacing w:after="0"/>
            </w:pPr>
            <w:sdt>
              <w:sdtPr>
                <w:alias w:val="WHAT_PROBLEMS_OR_CONFLICTS_SOMETIMES_COM"/>
                <w:tag w:val="WHAT_PROBLEMS_OR_CONFLICTS_SOMETIMES_COM"/>
                <w:id w:val="-2140173619"/>
                <w:text/>
              </w:sdtPr>
              <w:sdtContent>
                <w:r w:rsidR="00AA4053">
                  <w:t>Type details here</w:t>
                </w:r>
              </w:sdtContent>
            </w:sdt>
          </w:p>
          <w:p w14:paraId="0D1D133A" w14:textId="77777777" w:rsidR="00340B62" w:rsidRDefault="00340B62">
            <w:pPr>
              <w:spacing w:after="0"/>
            </w:pPr>
          </w:p>
          <w:p w14:paraId="2F773FA3" w14:textId="77777777" w:rsidR="00340B62" w:rsidRDefault="00340B62">
            <w:pPr>
              <w:spacing w:after="0"/>
            </w:pPr>
          </w:p>
          <w:p w14:paraId="0CD11717" w14:textId="77777777" w:rsidR="00340B62" w:rsidRDefault="00340B62">
            <w:pPr>
              <w:spacing w:after="0"/>
            </w:pPr>
          </w:p>
          <w:p w14:paraId="4C6F9181" w14:textId="77777777" w:rsidR="00340B62" w:rsidRDefault="00340B62">
            <w:pPr>
              <w:spacing w:after="0"/>
            </w:pPr>
          </w:p>
        </w:tc>
      </w:tr>
    </w:tbl>
    <w:p w14:paraId="4B9BFDD2" w14:textId="375DF82E" w:rsidR="00340B62" w:rsidRPr="002F499A" w:rsidRDefault="00000000">
      <w:pPr>
        <w:keepNext/>
        <w:spacing w:before="60" w:after="20"/>
        <w:rPr>
          <w:sz w:val="16"/>
          <w:szCs w:val="16"/>
        </w:rPr>
      </w:pPr>
      <w:r w:rsidRPr="002F499A">
        <w:rPr>
          <w:b/>
          <w:szCs w:val="18"/>
        </w:rPr>
        <w:t>Relevant disciplinary actions experienced due to past behavior</w:t>
      </w:r>
      <w:r>
        <w:rPr>
          <w:i/>
          <w:sz w:val="15"/>
        </w:rPr>
        <w:t xml:space="preserve"> </w:t>
      </w:r>
      <w:r w:rsidRPr="002F499A">
        <w:rPr>
          <w:i/>
          <w:sz w:val="16"/>
          <w:szCs w:val="16"/>
        </w:rPr>
        <w:t>Please disclose information that known in advance would help prevent problems.</w:t>
      </w:r>
    </w:p>
    <w:tbl>
      <w:tblPr>
        <w:tblW w:w="0" w:type="auto"/>
        <w:tblLayout w:type="fixed"/>
        <w:tblLook w:val="04A0" w:firstRow="1" w:lastRow="0" w:firstColumn="1" w:lastColumn="0" w:noHBand="0" w:noVBand="1"/>
      </w:tblPr>
      <w:tblGrid>
        <w:gridCol w:w="10368"/>
      </w:tblGrid>
      <w:tr w:rsidR="00340B62" w14:paraId="14339C7A"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3A654CD0" w14:textId="59FE8387" w:rsidR="00340B62" w:rsidRDefault="00000000">
            <w:pPr>
              <w:spacing w:after="0"/>
            </w:pPr>
            <w:sdt>
              <w:sdtPr>
                <w:alias w:val="RELEVANT_DISCIPLINARY_ACTIONS_EXPERIENCE"/>
                <w:tag w:val="RELEVANT_DISCIPLINARY_ACTIONS_EXPERIENCE"/>
                <w:id w:val="895083984"/>
                <w:text/>
              </w:sdtPr>
              <w:sdtContent>
                <w:r w:rsidR="00AA4053">
                  <w:rPr>
                    <w:sz w:val="17"/>
                  </w:rPr>
                  <w:t>Type details here, or enter None</w:t>
                </w:r>
              </w:sdtContent>
            </w:sdt>
          </w:p>
          <w:p w14:paraId="5B409423" w14:textId="77777777" w:rsidR="00340B62" w:rsidRDefault="00340B62">
            <w:pPr>
              <w:spacing w:after="0"/>
            </w:pPr>
          </w:p>
          <w:p w14:paraId="577FF4FB" w14:textId="77777777" w:rsidR="00340B62" w:rsidRDefault="00340B62">
            <w:pPr>
              <w:spacing w:after="0"/>
            </w:pPr>
          </w:p>
          <w:p w14:paraId="62E61B19" w14:textId="77777777" w:rsidR="00340B62" w:rsidRDefault="00340B62">
            <w:pPr>
              <w:spacing w:after="0"/>
            </w:pPr>
          </w:p>
          <w:p w14:paraId="30AA66B9" w14:textId="77777777" w:rsidR="00340B62" w:rsidRDefault="00340B62">
            <w:pPr>
              <w:spacing w:after="0"/>
            </w:pPr>
          </w:p>
        </w:tc>
      </w:tr>
    </w:tbl>
    <w:p w14:paraId="1B06C2EC" w14:textId="273443D9" w:rsidR="00340B62" w:rsidRDefault="00000000">
      <w:pPr>
        <w:keepNext/>
        <w:spacing w:before="60" w:after="20"/>
      </w:pPr>
      <w:r w:rsidRPr="002F499A">
        <w:rPr>
          <w:b/>
          <w:szCs w:val="18"/>
        </w:rPr>
        <w:t>Instructions for unique physical, emotional, and social health concerns</w:t>
      </w:r>
      <w:r>
        <w:rPr>
          <w:i/>
          <w:sz w:val="15"/>
        </w:rPr>
        <w:t xml:space="preserve"> </w:t>
      </w:r>
      <w:r w:rsidRPr="002F499A">
        <w:rPr>
          <w:i/>
          <w:sz w:val="16"/>
          <w:szCs w:val="16"/>
        </w:rPr>
        <w:t>Fear</w:t>
      </w:r>
      <w:r w:rsidR="002F499A">
        <w:rPr>
          <w:i/>
          <w:sz w:val="16"/>
          <w:szCs w:val="16"/>
        </w:rPr>
        <w:t>s</w:t>
      </w:r>
      <w:r w:rsidRPr="002F499A">
        <w:rPr>
          <w:i/>
          <w:sz w:val="16"/>
          <w:szCs w:val="16"/>
        </w:rPr>
        <w:t>, homesickness, foster history, counseling issues, hyperactivity, sensitivities, losses, expectations, questions or anything else useful.</w:t>
      </w:r>
    </w:p>
    <w:tbl>
      <w:tblPr>
        <w:tblW w:w="0" w:type="auto"/>
        <w:tblLayout w:type="fixed"/>
        <w:tblLook w:val="04A0" w:firstRow="1" w:lastRow="0" w:firstColumn="1" w:lastColumn="0" w:noHBand="0" w:noVBand="1"/>
      </w:tblPr>
      <w:tblGrid>
        <w:gridCol w:w="10368"/>
      </w:tblGrid>
      <w:tr w:rsidR="00340B62" w14:paraId="036F334A"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14B5A478" w14:textId="5F81ECE7" w:rsidR="00340B62" w:rsidRDefault="00000000">
            <w:pPr>
              <w:spacing w:after="0"/>
            </w:pPr>
            <w:sdt>
              <w:sdtPr>
                <w:alias w:val="WHAT_PROBLEMS_OR_CONFLICTS_SOMETIMES_COM"/>
                <w:tag w:val="WHAT_PROBLEMS_OR_CONFLICTS_SOMETIMES_COM"/>
                <w:id w:val="1131975584"/>
                <w:text/>
              </w:sdtPr>
              <w:sdtContent>
                <w:r w:rsidR="00110CBA">
                  <w:t xml:space="preserve">Type details here, or enter None </w:t>
                </w:r>
              </w:sdtContent>
            </w:sdt>
          </w:p>
          <w:p w14:paraId="17734C10" w14:textId="77777777" w:rsidR="00340B62" w:rsidRDefault="00340B62">
            <w:pPr>
              <w:spacing w:after="0"/>
            </w:pPr>
          </w:p>
          <w:p w14:paraId="3D39CBB1" w14:textId="77777777" w:rsidR="00340B62" w:rsidRDefault="00340B62">
            <w:pPr>
              <w:spacing w:after="0"/>
            </w:pPr>
          </w:p>
          <w:p w14:paraId="6D4822E2" w14:textId="77777777" w:rsidR="00340B62" w:rsidRDefault="00340B62">
            <w:pPr>
              <w:spacing w:after="0"/>
            </w:pPr>
          </w:p>
        </w:tc>
      </w:tr>
    </w:tbl>
    <w:p w14:paraId="10EFFAD7" w14:textId="77777777" w:rsidR="002F499A" w:rsidRDefault="002F499A">
      <w:pPr>
        <w:spacing w:before="20" w:after="40"/>
        <w:rPr>
          <w:sz w:val="16"/>
        </w:rPr>
      </w:pPr>
    </w:p>
    <w:p w14:paraId="5C0F42AC" w14:textId="1B1BB4B3" w:rsidR="00340B62" w:rsidRPr="002F499A" w:rsidRDefault="00000000">
      <w:pPr>
        <w:spacing w:before="20" w:after="40"/>
        <w:rPr>
          <w:szCs w:val="18"/>
        </w:rPr>
      </w:pPr>
      <w:r w:rsidRPr="002F499A">
        <w:rPr>
          <w:szCs w:val="18"/>
        </w:rPr>
        <w:t>Signing below indicates you guarantee that you or your child will abide by Wolf Camp Agreements for Participation.</w:t>
      </w:r>
    </w:p>
    <w:tbl>
      <w:tblPr>
        <w:tblW w:w="0" w:type="auto"/>
        <w:jc w:val="center"/>
        <w:tblLayout w:type="fixed"/>
        <w:tblLook w:val="04A0" w:firstRow="1" w:lastRow="0" w:firstColumn="1" w:lastColumn="0" w:noHBand="0" w:noVBand="1"/>
      </w:tblPr>
      <w:tblGrid>
        <w:gridCol w:w="3240"/>
        <w:gridCol w:w="7128"/>
      </w:tblGrid>
      <w:tr w:rsidR="00340B62" w14:paraId="72704AA7"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507DA171" w14:textId="30709554" w:rsidR="00340B62" w:rsidRPr="002F499A" w:rsidRDefault="00110CBA">
            <w:pPr>
              <w:spacing w:after="0"/>
              <w:rPr>
                <w:szCs w:val="18"/>
              </w:rPr>
            </w:pPr>
            <w:r w:rsidRPr="002F499A">
              <w:rPr>
                <w:b/>
                <w:szCs w:val="18"/>
              </w:rPr>
              <w:t>*Signature of Applicant required for all ages</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7EA74789" w14:textId="6FC4E62F" w:rsidR="00340B62" w:rsidRDefault="00000000">
            <w:pPr>
              <w:spacing w:after="0"/>
            </w:pPr>
            <w:sdt>
              <w:sdtPr>
                <w:alias w:val="QUESTIONNAIRE_APPLICANT_SIGNATURE"/>
                <w:tag w:val="QUESTIONNAIRE_APPLICANT_SIGNATURE"/>
                <w:id w:val="-714970669"/>
                <w:showingPlcHdr/>
                <w:text/>
              </w:sdtPr>
              <w:sdtContent>
                <w:r w:rsidR="00110CBA">
                  <w:t xml:space="preserve">     </w:t>
                </w:r>
              </w:sdtContent>
            </w:sdt>
          </w:p>
        </w:tc>
      </w:tr>
      <w:tr w:rsidR="00340B62" w14:paraId="74587BD3"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58ECDA7C" w14:textId="77777777" w:rsidR="00340B62" w:rsidRPr="002F499A" w:rsidRDefault="00000000">
            <w:pPr>
              <w:spacing w:after="0"/>
              <w:rPr>
                <w:szCs w:val="18"/>
              </w:rPr>
            </w:pPr>
            <w:r w:rsidRPr="002F499A">
              <w:rPr>
                <w:b/>
                <w:szCs w:val="18"/>
              </w:rPr>
              <w:t>Date</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11869D98" w14:textId="2352A422" w:rsidR="00340B62" w:rsidRDefault="00000000">
            <w:pPr>
              <w:spacing w:after="0"/>
            </w:pPr>
            <w:sdt>
              <w:sdtPr>
                <w:alias w:val="QUESTIONNAIRE_APPLICANT_DATE"/>
                <w:tag w:val="QUESTIONNAIRE_APPLICANT_DATE"/>
                <w:id w:val="782772559"/>
                <w:showingPlcHdr/>
                <w:text/>
              </w:sdtPr>
              <w:sdtContent>
                <w:r w:rsidR="00110CBA">
                  <w:t xml:space="preserve">     </w:t>
                </w:r>
              </w:sdtContent>
            </w:sdt>
          </w:p>
        </w:tc>
      </w:tr>
      <w:tr w:rsidR="00340B62" w14:paraId="4C36D8A8"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019342EB" w14:textId="0BE81B87" w:rsidR="00340B62" w:rsidRPr="002F499A" w:rsidRDefault="00000000">
            <w:pPr>
              <w:spacing w:after="0"/>
              <w:rPr>
                <w:szCs w:val="18"/>
              </w:rPr>
            </w:pPr>
            <w:r w:rsidRPr="002F499A">
              <w:rPr>
                <w:b/>
                <w:szCs w:val="18"/>
              </w:rPr>
              <w:t>Signature of Parent/Guardian required for dependents</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097AEF31" w14:textId="324B7C34" w:rsidR="00340B62" w:rsidRDefault="00000000">
            <w:pPr>
              <w:spacing w:after="0"/>
            </w:pPr>
            <w:sdt>
              <w:sdtPr>
                <w:alias w:val="QUESTIONNAIRE_GUARDIAN_SIGNATURE"/>
                <w:tag w:val="QUESTIONNAIRE_GUARDIAN_SIGNATURE"/>
                <w:id w:val="143704072"/>
                <w:showingPlcHdr/>
                <w:text/>
              </w:sdtPr>
              <w:sdtContent>
                <w:r w:rsidR="00110CBA">
                  <w:t xml:space="preserve">     </w:t>
                </w:r>
              </w:sdtContent>
            </w:sdt>
          </w:p>
        </w:tc>
      </w:tr>
      <w:tr w:rsidR="00340B62" w14:paraId="614A79EE"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6F2290AA" w14:textId="77777777" w:rsidR="00340B62" w:rsidRPr="002F499A" w:rsidRDefault="00000000">
            <w:pPr>
              <w:spacing w:after="0"/>
              <w:rPr>
                <w:szCs w:val="18"/>
              </w:rPr>
            </w:pPr>
            <w:r w:rsidRPr="002F499A">
              <w:rPr>
                <w:b/>
                <w:szCs w:val="18"/>
              </w:rPr>
              <w:t>Date</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1C14B402" w14:textId="0A441B97" w:rsidR="00340B62" w:rsidRDefault="00000000">
            <w:pPr>
              <w:spacing w:after="0"/>
            </w:pPr>
            <w:sdt>
              <w:sdtPr>
                <w:alias w:val="QUESTIONNAIRE_GUARDIAN_DATE"/>
                <w:tag w:val="QUESTIONNAIRE_GUARDIAN_DATE"/>
                <w:id w:val="1324080726"/>
                <w:showingPlcHdr/>
                <w:text/>
              </w:sdtPr>
              <w:sdtContent>
                <w:r w:rsidR="00110CBA">
                  <w:t xml:space="preserve">     </w:t>
                </w:r>
              </w:sdtContent>
            </w:sdt>
          </w:p>
        </w:tc>
      </w:tr>
    </w:tbl>
    <w:p w14:paraId="01348B10" w14:textId="71E31A30" w:rsidR="00340B62" w:rsidRPr="002F499A" w:rsidRDefault="00110CBA">
      <w:pPr>
        <w:spacing w:before="20" w:after="40"/>
        <w:rPr>
          <w:b/>
          <w:bCs/>
          <w:szCs w:val="18"/>
        </w:rPr>
      </w:pPr>
      <w:r w:rsidRPr="002F499A">
        <w:rPr>
          <w:b/>
          <w:bCs/>
          <w:szCs w:val="18"/>
        </w:rPr>
        <w:t xml:space="preserve">*If “signing” electronically, paste your signature or type your legal first, full middle and last name. </w:t>
      </w:r>
      <w:proofErr w:type="gramStart"/>
      <w:r w:rsidRPr="002F499A">
        <w:rPr>
          <w:b/>
          <w:bCs/>
          <w:szCs w:val="18"/>
        </w:rPr>
        <w:t>Continue on</w:t>
      </w:r>
      <w:proofErr w:type="gramEnd"/>
      <w:r w:rsidRPr="002F499A">
        <w:rPr>
          <w:b/>
          <w:bCs/>
          <w:szCs w:val="18"/>
        </w:rPr>
        <w:t xml:space="preserve"> another page if needed.</w:t>
      </w:r>
    </w:p>
    <w:p w14:paraId="57C791FE" w14:textId="77777777" w:rsidR="00340B62" w:rsidRDefault="00000000">
      <w:pPr>
        <w:pStyle w:val="Heading2"/>
        <w:spacing w:before="160" w:after="80"/>
      </w:pPr>
      <w:r>
        <w:rPr>
          <w:rFonts w:ascii="Arial" w:eastAsia="Arial" w:hAnsi="Arial"/>
          <w:sz w:val="22"/>
        </w:rPr>
        <w:lastRenderedPageBreak/>
        <w:t>9. Safe ID</w:t>
      </w:r>
    </w:p>
    <w:p w14:paraId="2D7E89F0" w14:textId="6A7E8EFB" w:rsidR="002F499A" w:rsidRPr="002F499A" w:rsidRDefault="00000000">
      <w:pPr>
        <w:spacing w:before="20" w:after="40"/>
        <w:rPr>
          <w:szCs w:val="18"/>
        </w:rPr>
      </w:pPr>
      <w:r w:rsidRPr="002F499A">
        <w:rPr>
          <w:szCs w:val="18"/>
        </w:rPr>
        <w:t>Please complete the description below</w:t>
      </w:r>
      <w:r w:rsidR="00110CBA" w:rsidRPr="002F499A">
        <w:rPr>
          <w:szCs w:val="18"/>
        </w:rPr>
        <w:t>, and please attach (or email to blueskyefarmschool@gmail.com) a current photo</w:t>
      </w:r>
      <w:r w:rsidRPr="002F499A">
        <w:rPr>
          <w:szCs w:val="18"/>
        </w:rPr>
        <w:t>.</w:t>
      </w:r>
    </w:p>
    <w:tbl>
      <w:tblPr>
        <w:tblW w:w="0" w:type="auto"/>
        <w:jc w:val="center"/>
        <w:tblLayout w:type="fixed"/>
        <w:tblLook w:val="04A0" w:firstRow="1" w:lastRow="0" w:firstColumn="1" w:lastColumn="0" w:noHBand="0" w:noVBand="1"/>
      </w:tblPr>
      <w:tblGrid>
        <w:gridCol w:w="3240"/>
        <w:gridCol w:w="7128"/>
      </w:tblGrid>
      <w:tr w:rsidR="00340B62" w14:paraId="721C0776"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7F150D9F" w14:textId="5533F266" w:rsidR="00340B62" w:rsidRPr="002F499A" w:rsidRDefault="00000000">
            <w:pPr>
              <w:spacing w:after="0"/>
              <w:rPr>
                <w:sz w:val="17"/>
                <w:szCs w:val="17"/>
              </w:rPr>
            </w:pPr>
            <w:r w:rsidRPr="002F499A">
              <w:rPr>
                <w:b/>
                <w:sz w:val="17"/>
                <w:szCs w:val="17"/>
              </w:rPr>
              <w:t>Height</w:t>
            </w:r>
            <w:r w:rsidR="00526D55" w:rsidRPr="002F499A">
              <w:rPr>
                <w:b/>
                <w:sz w:val="17"/>
                <w:szCs w:val="17"/>
              </w:rPr>
              <w:t>, and date when measured:</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65B88039" w14:textId="2A22B888" w:rsidR="00340B62" w:rsidRDefault="00340B62">
            <w:pPr>
              <w:spacing w:after="0"/>
            </w:pPr>
          </w:p>
        </w:tc>
      </w:tr>
      <w:tr w:rsidR="00340B62" w14:paraId="4B9410D3"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38572444" w14:textId="7B992A94" w:rsidR="00340B62" w:rsidRPr="002F499A" w:rsidRDefault="00000000">
            <w:pPr>
              <w:spacing w:after="0"/>
              <w:rPr>
                <w:sz w:val="17"/>
                <w:szCs w:val="17"/>
              </w:rPr>
            </w:pPr>
            <w:r w:rsidRPr="002F499A">
              <w:rPr>
                <w:b/>
                <w:sz w:val="17"/>
                <w:szCs w:val="17"/>
              </w:rPr>
              <w:t>Weight</w:t>
            </w:r>
            <w:r w:rsidR="00526D55" w:rsidRPr="002F499A">
              <w:rPr>
                <w:b/>
                <w:sz w:val="17"/>
                <w:szCs w:val="17"/>
              </w:rPr>
              <w:t>, and date when measured:</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02171BD9" w14:textId="60258D2D" w:rsidR="00340B62" w:rsidRDefault="00000000">
            <w:pPr>
              <w:spacing w:after="0"/>
            </w:pPr>
            <w:sdt>
              <w:sdtPr>
                <w:alias w:val="SAFE_ID_WEIGHT"/>
                <w:tag w:val="SAFE_ID_WEIGHT"/>
                <w:id w:val="-1987320109"/>
                <w:showingPlcHdr/>
                <w:text/>
              </w:sdtPr>
              <w:sdtContent>
                <w:r w:rsidR="00110CBA">
                  <w:t xml:space="preserve">     </w:t>
                </w:r>
              </w:sdtContent>
            </w:sdt>
          </w:p>
        </w:tc>
      </w:tr>
      <w:tr w:rsidR="00526D55" w14:paraId="56325A31"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0A5642F4" w14:textId="1C1EF584" w:rsidR="00526D55" w:rsidRPr="002F499A" w:rsidRDefault="00526D55" w:rsidP="00526D55">
            <w:pPr>
              <w:spacing w:after="0"/>
              <w:rPr>
                <w:sz w:val="17"/>
                <w:szCs w:val="17"/>
              </w:rPr>
            </w:pPr>
            <w:r w:rsidRPr="002F499A">
              <w:rPr>
                <w:b/>
                <w:sz w:val="17"/>
                <w:szCs w:val="17"/>
              </w:rPr>
              <w:t>Shoe Size, and date when measured:</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2A533C05" w14:textId="73433DF9" w:rsidR="00526D55" w:rsidRDefault="00000000" w:rsidP="00526D55">
            <w:pPr>
              <w:spacing w:after="0"/>
            </w:pPr>
            <w:sdt>
              <w:sdtPr>
                <w:alias w:val="SAFE_ID_SHOE_SIZE"/>
                <w:tag w:val="SAFE_ID_SHOE_SIZE"/>
                <w:id w:val="-346476288"/>
                <w:showingPlcHdr/>
                <w:text/>
              </w:sdtPr>
              <w:sdtContent>
                <w:r w:rsidR="00526D55">
                  <w:t xml:space="preserve">     </w:t>
                </w:r>
              </w:sdtContent>
            </w:sdt>
          </w:p>
        </w:tc>
      </w:tr>
      <w:tr w:rsidR="00526D55" w14:paraId="157088DC"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64BAE37D" w14:textId="4CFE7D50" w:rsidR="00526D55" w:rsidRPr="002F499A" w:rsidRDefault="00526D55" w:rsidP="00526D55">
            <w:pPr>
              <w:spacing w:after="0"/>
              <w:rPr>
                <w:sz w:val="17"/>
                <w:szCs w:val="17"/>
              </w:rPr>
            </w:pPr>
            <w:r w:rsidRPr="002F499A">
              <w:rPr>
                <w:b/>
                <w:sz w:val="17"/>
                <w:szCs w:val="17"/>
              </w:rPr>
              <w:t xml:space="preserve">Identifying Features: Birth Mark Locations, Glasses, Braces, </w:t>
            </w:r>
            <w:proofErr w:type="spellStart"/>
            <w:r w:rsidRPr="002F499A">
              <w:rPr>
                <w:b/>
                <w:sz w:val="17"/>
                <w:szCs w:val="17"/>
              </w:rPr>
              <w:t>Etc</w:t>
            </w:r>
            <w:proofErr w:type="spellEnd"/>
            <w:r w:rsidRPr="002F499A">
              <w:rPr>
                <w:b/>
                <w:sz w:val="17"/>
                <w:szCs w:val="17"/>
              </w:rPr>
              <w:t>:</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sdt>
            <w:sdtPr>
              <w:alias w:val="SAFE_ID_IDENTIFYING_DETAILS"/>
              <w:tag w:val="SAFE_ID_IDENTIFYING_DETAILS"/>
              <w:id w:val="1598206314"/>
              <w:showingPlcHdr/>
              <w:text/>
            </w:sdtPr>
            <w:sdtContent>
              <w:p w14:paraId="70B61C82" w14:textId="6004B504" w:rsidR="00526D55" w:rsidRDefault="00526D55" w:rsidP="00526D55">
                <w:pPr>
                  <w:spacing w:after="0"/>
                </w:pPr>
                <w:r>
                  <w:t xml:space="preserve">     </w:t>
                </w:r>
              </w:p>
            </w:sdtContent>
          </w:sdt>
        </w:tc>
      </w:tr>
      <w:tr w:rsidR="00340B62" w14:paraId="187F07EA" w14:textId="77777777">
        <w:trPr>
          <w:trHeight w:val="346"/>
          <w:jc w:val="center"/>
        </w:trPr>
        <w:tc>
          <w:tcPr>
            <w:tcW w:w="3240" w:type="dxa"/>
            <w:tcBorders>
              <w:top w:val="single" w:sz="4" w:space="0" w:color="CCCCCC"/>
              <w:left w:val="single" w:sz="4" w:space="0" w:color="CCCCCC"/>
              <w:bottom w:val="single" w:sz="4" w:space="0" w:color="CCCCCC"/>
              <w:right w:val="single" w:sz="4" w:space="0" w:color="CCCCCC"/>
            </w:tcBorders>
          </w:tcPr>
          <w:p w14:paraId="193F2D7A" w14:textId="3D78F6E0" w:rsidR="00340B62" w:rsidRPr="002F499A" w:rsidRDefault="00110CBA">
            <w:pPr>
              <w:spacing w:after="0"/>
              <w:rPr>
                <w:sz w:val="17"/>
                <w:szCs w:val="17"/>
              </w:rPr>
            </w:pPr>
            <w:r w:rsidRPr="002F499A">
              <w:rPr>
                <w:b/>
                <w:sz w:val="17"/>
                <w:szCs w:val="17"/>
              </w:rPr>
              <w:t>Date Photo Taken</w:t>
            </w:r>
            <w:r w:rsidR="00526D55" w:rsidRPr="002F499A">
              <w:rPr>
                <w:b/>
                <w:sz w:val="17"/>
                <w:szCs w:val="17"/>
              </w:rPr>
              <w:t xml:space="preserve"> if adding below</w:t>
            </w:r>
            <w:r w:rsidRPr="002F499A">
              <w:rPr>
                <w:b/>
                <w:sz w:val="17"/>
                <w:szCs w:val="17"/>
              </w:rPr>
              <w:t>:</w:t>
            </w:r>
          </w:p>
        </w:tc>
        <w:tc>
          <w:tcPr>
            <w:tcW w:w="7128" w:type="dxa"/>
            <w:tcBorders>
              <w:top w:val="single" w:sz="4" w:space="0" w:color="CCCCCC"/>
              <w:left w:val="single" w:sz="4" w:space="0" w:color="CCCCCC"/>
              <w:bottom w:val="single" w:sz="4" w:space="0" w:color="CCCCCC"/>
              <w:right w:val="single" w:sz="4" w:space="0" w:color="CCCCCC"/>
            </w:tcBorders>
            <w:shd w:val="clear" w:color="auto" w:fill="F3F6FA"/>
          </w:tcPr>
          <w:p w14:paraId="27C054B9" w14:textId="2A818593" w:rsidR="00340B62" w:rsidRDefault="00340B62">
            <w:pPr>
              <w:spacing w:after="0"/>
            </w:pPr>
          </w:p>
        </w:tc>
      </w:tr>
    </w:tbl>
    <w:p w14:paraId="5C5F5327" w14:textId="01672B4E" w:rsidR="00340B62" w:rsidRPr="002F499A" w:rsidRDefault="00000000">
      <w:pPr>
        <w:keepNext/>
        <w:spacing w:before="60" w:after="20"/>
        <w:rPr>
          <w:szCs w:val="18"/>
        </w:rPr>
      </w:pPr>
      <w:r w:rsidRPr="002F499A">
        <w:rPr>
          <w:b/>
          <w:szCs w:val="18"/>
        </w:rPr>
        <w:t>Photo attachment note or filename</w:t>
      </w:r>
    </w:p>
    <w:tbl>
      <w:tblPr>
        <w:tblW w:w="0" w:type="auto"/>
        <w:tblLayout w:type="fixed"/>
        <w:tblLook w:val="04A0" w:firstRow="1" w:lastRow="0" w:firstColumn="1" w:lastColumn="0" w:noHBand="0" w:noVBand="1"/>
      </w:tblPr>
      <w:tblGrid>
        <w:gridCol w:w="10368"/>
      </w:tblGrid>
      <w:tr w:rsidR="00340B62" w14:paraId="0EF202F6" w14:textId="77777777">
        <w:tc>
          <w:tcPr>
            <w:tcW w:w="10368" w:type="dxa"/>
            <w:tcBorders>
              <w:top w:val="single" w:sz="6" w:space="0" w:color="AAB4C3"/>
              <w:left w:val="single" w:sz="6" w:space="0" w:color="AAB4C3"/>
              <w:bottom w:val="single" w:sz="6" w:space="0" w:color="AAB4C3"/>
              <w:right w:val="single" w:sz="6" w:space="0" w:color="AAB4C3"/>
            </w:tcBorders>
            <w:shd w:val="clear" w:color="auto" w:fill="F3F6FA"/>
          </w:tcPr>
          <w:p w14:paraId="5005F362" w14:textId="29FD34F3" w:rsidR="00340B62" w:rsidRDefault="00000000">
            <w:pPr>
              <w:spacing w:after="0"/>
            </w:pPr>
            <w:sdt>
              <w:sdtPr>
                <w:alias w:val="PHOTO_ATTACHMENT_NOTE_OR_FILENAME"/>
                <w:tag w:val="PHOTO_ATTACHMENT_NOTE_OR_FILENAME"/>
                <w:id w:val="-1198542741"/>
                <w:showingPlcHdr/>
                <w:text/>
              </w:sdtPr>
              <w:sdtContent>
                <w:r w:rsidR="00110CBA">
                  <w:t xml:space="preserve">     </w:t>
                </w:r>
              </w:sdtContent>
            </w:sdt>
          </w:p>
          <w:p w14:paraId="0F56C5E1" w14:textId="77777777" w:rsidR="00340B62" w:rsidRDefault="00340B62">
            <w:pPr>
              <w:spacing w:after="0"/>
            </w:pPr>
          </w:p>
        </w:tc>
      </w:tr>
    </w:tbl>
    <w:p w14:paraId="75685003" w14:textId="77777777" w:rsidR="006115B3" w:rsidRDefault="006115B3"/>
    <w:sectPr w:rsidR="006115B3" w:rsidSect="00034616">
      <w:footerReference w:type="default" r:id="rId8"/>
      <w:pgSz w:w="12240" w:h="15840"/>
      <w:pgMar w:top="720"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9D419B" w14:textId="77777777" w:rsidR="002E2DCF" w:rsidRDefault="002E2DCF">
      <w:pPr>
        <w:spacing w:after="0" w:line="240" w:lineRule="auto"/>
      </w:pPr>
      <w:r>
        <w:separator/>
      </w:r>
    </w:p>
  </w:endnote>
  <w:endnote w:type="continuationSeparator" w:id="0">
    <w:p w14:paraId="26E5B8A0" w14:textId="77777777" w:rsidR="002E2DCF" w:rsidRDefault="002E2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8E8A8" w14:textId="6C315BB4" w:rsidR="00340B62" w:rsidRDefault="00000000">
    <w:pPr>
      <w:pStyle w:val="Footer"/>
      <w:jc w:val="center"/>
    </w:pPr>
    <w:r>
      <w:rPr>
        <w:sz w:val="14"/>
      </w:rPr>
      <w:t xml:space="preserve">Wolf Camp Registration Form </w:t>
    </w:r>
    <w:r w:rsidR="002F499A">
      <w:rPr>
        <w:sz w:val="14"/>
      </w:rPr>
      <w:t>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C7B0C1" w14:textId="77777777" w:rsidR="002E2DCF" w:rsidRDefault="002E2DCF">
      <w:pPr>
        <w:spacing w:after="0" w:line="240" w:lineRule="auto"/>
      </w:pPr>
      <w:r>
        <w:separator/>
      </w:r>
    </w:p>
  </w:footnote>
  <w:footnote w:type="continuationSeparator" w:id="0">
    <w:p w14:paraId="5D3EA6E0" w14:textId="77777777" w:rsidR="002E2DCF" w:rsidRDefault="002E2D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61B47F6"/>
    <w:multiLevelType w:val="hybridMultilevel"/>
    <w:tmpl w:val="FC6A2286"/>
    <w:lvl w:ilvl="0" w:tplc="C5CE2078">
      <w:start w:val="425"/>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8709080">
    <w:abstractNumId w:val="8"/>
  </w:num>
  <w:num w:numId="2" w16cid:durableId="1509251822">
    <w:abstractNumId w:val="6"/>
  </w:num>
  <w:num w:numId="3" w16cid:durableId="2047679745">
    <w:abstractNumId w:val="5"/>
  </w:num>
  <w:num w:numId="4" w16cid:durableId="351692257">
    <w:abstractNumId w:val="4"/>
  </w:num>
  <w:num w:numId="5" w16cid:durableId="503861265">
    <w:abstractNumId w:val="7"/>
  </w:num>
  <w:num w:numId="6" w16cid:durableId="491801660">
    <w:abstractNumId w:val="3"/>
  </w:num>
  <w:num w:numId="7" w16cid:durableId="1826898317">
    <w:abstractNumId w:val="2"/>
  </w:num>
  <w:num w:numId="8" w16cid:durableId="1865706880">
    <w:abstractNumId w:val="1"/>
  </w:num>
  <w:num w:numId="9" w16cid:durableId="2068413995">
    <w:abstractNumId w:val="0"/>
  </w:num>
  <w:num w:numId="10" w16cid:durableId="13704560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5380"/>
    <w:rsid w:val="0006063C"/>
    <w:rsid w:val="0007406E"/>
    <w:rsid w:val="00110CBA"/>
    <w:rsid w:val="001459E2"/>
    <w:rsid w:val="0015074B"/>
    <w:rsid w:val="00166D9D"/>
    <w:rsid w:val="001B2DAF"/>
    <w:rsid w:val="0029639D"/>
    <w:rsid w:val="002B6569"/>
    <w:rsid w:val="002E2DCF"/>
    <w:rsid w:val="002F499A"/>
    <w:rsid w:val="00326F90"/>
    <w:rsid w:val="00336004"/>
    <w:rsid w:val="00340B62"/>
    <w:rsid w:val="003473BD"/>
    <w:rsid w:val="003B314E"/>
    <w:rsid w:val="003D4513"/>
    <w:rsid w:val="003F0CD4"/>
    <w:rsid w:val="004013B2"/>
    <w:rsid w:val="004846B1"/>
    <w:rsid w:val="00515722"/>
    <w:rsid w:val="00526D55"/>
    <w:rsid w:val="00597701"/>
    <w:rsid w:val="00607143"/>
    <w:rsid w:val="006115B3"/>
    <w:rsid w:val="007734D8"/>
    <w:rsid w:val="00785FC4"/>
    <w:rsid w:val="00811D88"/>
    <w:rsid w:val="0084044E"/>
    <w:rsid w:val="00883786"/>
    <w:rsid w:val="008933C0"/>
    <w:rsid w:val="0090574F"/>
    <w:rsid w:val="009A24F0"/>
    <w:rsid w:val="009F5E23"/>
    <w:rsid w:val="00A16894"/>
    <w:rsid w:val="00AA1D8D"/>
    <w:rsid w:val="00AA4053"/>
    <w:rsid w:val="00B47730"/>
    <w:rsid w:val="00BB3B89"/>
    <w:rsid w:val="00BC200F"/>
    <w:rsid w:val="00CB0664"/>
    <w:rsid w:val="00D63DDA"/>
    <w:rsid w:val="00DB645B"/>
    <w:rsid w:val="00DD1EA6"/>
    <w:rsid w:val="00F51A55"/>
    <w:rsid w:val="00F52F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C759B8"/>
  <w14:defaultImageDpi w14:val="300"/>
  <w15:docId w15:val="{BE9B0C49-4A7D-3E42-A5D4-C16D34616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D55"/>
    <w:rPr>
      <w:rFonts w:ascii="Arial" w:eastAsia="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B314E"/>
    <w:rPr>
      <w:color w:val="0000FF" w:themeColor="hyperlink"/>
      <w:u w:val="single"/>
    </w:rPr>
  </w:style>
  <w:style w:type="character" w:styleId="UnresolvedMention">
    <w:name w:val="Unresolved Mention"/>
    <w:basedOn w:val="DefaultParagraphFont"/>
    <w:uiPriority w:val="99"/>
    <w:semiHidden/>
    <w:unhideWhenUsed/>
    <w:rsid w:val="003B31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2960</Words>
  <Characters>16166</Characters>
  <Application>Microsoft Office Word</Application>
  <DocSecurity>0</DocSecurity>
  <Lines>351</Lines>
  <Paragraphs>189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Chisholm</cp:lastModifiedBy>
  <cp:revision>4</cp:revision>
  <cp:lastPrinted>2026-10-27T01:57:00Z</cp:lastPrinted>
  <dcterms:created xsi:type="dcterms:W3CDTF">2026-10-27T01:57:00Z</dcterms:created>
  <dcterms:modified xsi:type="dcterms:W3CDTF">2026-10-27T04:42:00Z</dcterms:modified>
  <cp:category/>
</cp:coreProperties>
</file>